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1628" w14:textId="77777777" w:rsidR="006C091F" w:rsidRPr="001C5317" w:rsidRDefault="006C091F">
      <w:pPr>
        <w:spacing w:after="120"/>
        <w:rPr>
          <w:rStyle w:val="Kop1Char"/>
          <w:rFonts w:ascii="Aptos" w:hAnsi="Aptos"/>
          <w:color w:val="E36C0A" w:themeColor="accent6" w:themeShade="BF"/>
          <w:sz w:val="44"/>
          <w:szCs w:val="44"/>
          <w:lang w:val="nl-NL"/>
        </w:rPr>
      </w:pPr>
      <w:r w:rsidRPr="001C5317">
        <w:rPr>
          <w:rStyle w:val="Kop1Char"/>
          <w:rFonts w:ascii="Aptos" w:hAnsi="Aptos"/>
          <w:color w:val="E36C0A" w:themeColor="accent6" w:themeShade="BF"/>
          <w:sz w:val="44"/>
          <w:szCs w:val="44"/>
          <w:lang w:val="nl-NL"/>
        </w:rPr>
        <w:t xml:space="preserve">Persbericht </w:t>
      </w:r>
    </w:p>
    <w:p w14:paraId="40AEE2EC" w14:textId="4DDE86FE" w:rsidR="003B4EF7" w:rsidRPr="00780157" w:rsidRDefault="001F5627">
      <w:pPr>
        <w:spacing w:after="120"/>
        <w:rPr>
          <w:lang w:val="nl-NL"/>
        </w:rPr>
      </w:pPr>
      <w:r w:rsidRPr="00780157">
        <w:rPr>
          <w:sz w:val="18"/>
          <w:lang w:val="nl-NL"/>
        </w:rPr>
        <w:t xml:space="preserve">Nederland, </w:t>
      </w:r>
      <w:r w:rsidR="001805CC">
        <w:rPr>
          <w:sz w:val="18"/>
          <w:lang w:val="nl-NL"/>
        </w:rPr>
        <w:t>1 september</w:t>
      </w:r>
      <w:r w:rsidRPr="00780157">
        <w:rPr>
          <w:sz w:val="18"/>
          <w:lang w:val="nl-NL"/>
        </w:rPr>
        <w:t xml:space="preserve"> 2026</w:t>
      </w:r>
      <w:r w:rsidR="001C5317">
        <w:rPr>
          <w:sz w:val="18"/>
          <w:lang w:val="nl-NL"/>
        </w:rPr>
        <w:br/>
      </w:r>
    </w:p>
    <w:p w14:paraId="10443DB8" w14:textId="77C79552" w:rsidR="003B4EF7" w:rsidRPr="00780157" w:rsidRDefault="00EC564C">
      <w:pPr>
        <w:pStyle w:val="Titel"/>
        <w:spacing w:after="60"/>
        <w:rPr>
          <w:color w:val="212121"/>
          <w:sz w:val="40"/>
          <w:szCs w:val="40"/>
          <w:lang w:val="nl-NL"/>
        </w:rPr>
      </w:pPr>
      <w:r>
        <w:rPr>
          <w:color w:val="212121"/>
          <w:sz w:val="40"/>
          <w:szCs w:val="40"/>
          <w:lang w:val="nl-NL"/>
        </w:rPr>
        <w:t>Heb je je huis aangepakt</w:t>
      </w:r>
      <w:r w:rsidR="007B791C" w:rsidRPr="00780157">
        <w:rPr>
          <w:color w:val="212121"/>
          <w:sz w:val="40"/>
          <w:szCs w:val="40"/>
          <w:lang w:val="nl-NL"/>
        </w:rPr>
        <w:t xml:space="preserve">? </w:t>
      </w:r>
      <w:r w:rsidR="003900A5" w:rsidRPr="00255986">
        <w:rPr>
          <w:color w:val="212121"/>
          <w:sz w:val="40"/>
          <w:szCs w:val="40"/>
        </w:rPr>
        <w:t>Geef anderen een kijkje</w:t>
      </w:r>
    </w:p>
    <w:p w14:paraId="6527F241" w14:textId="77777777" w:rsidR="00623BB4" w:rsidRPr="00780157" w:rsidRDefault="00623BB4">
      <w:pPr>
        <w:rPr>
          <w:i/>
          <w:lang w:val="nl-NL"/>
        </w:rPr>
      </w:pPr>
    </w:p>
    <w:p w14:paraId="780FCE59" w14:textId="7C6C8BF7" w:rsidR="00215EA7" w:rsidRDefault="001F5627" w:rsidP="00EC564C">
      <w:pPr>
        <w:rPr>
          <w:b/>
          <w:sz w:val="22"/>
          <w:lang w:val="nl-NL"/>
        </w:rPr>
      </w:pPr>
      <w:r w:rsidRPr="00672B62">
        <w:rPr>
          <w:b/>
          <w:color w:val="212121"/>
          <w:sz w:val="22"/>
          <w:lang w:val="nl-NL"/>
        </w:rPr>
        <w:t xml:space="preserve">NEDERLAND – </w:t>
      </w:r>
      <w:r w:rsidR="00654AE6">
        <w:rPr>
          <w:b/>
          <w:color w:val="212121"/>
          <w:sz w:val="22"/>
          <w:lang w:val="nl-NL"/>
        </w:rPr>
        <w:t>I</w:t>
      </w:r>
      <w:r w:rsidRPr="00672B62">
        <w:rPr>
          <w:b/>
          <w:color w:val="212121"/>
          <w:sz w:val="22"/>
          <w:lang w:val="nl-NL"/>
        </w:rPr>
        <w:t>soleren,</w:t>
      </w:r>
      <w:r w:rsidR="00780157" w:rsidRPr="00672B62">
        <w:rPr>
          <w:b/>
          <w:color w:val="212121"/>
          <w:sz w:val="22"/>
          <w:lang w:val="nl-NL"/>
        </w:rPr>
        <w:t xml:space="preserve"> ventilatie verbeteren of een warmtepomp</w:t>
      </w:r>
      <w:r w:rsidR="00654AE6">
        <w:rPr>
          <w:b/>
          <w:color w:val="212121"/>
          <w:sz w:val="22"/>
          <w:lang w:val="nl-NL"/>
        </w:rPr>
        <w:t xml:space="preserve"> plaatsen</w:t>
      </w:r>
      <w:r w:rsidR="00780157" w:rsidRPr="00672B62">
        <w:rPr>
          <w:b/>
          <w:color w:val="212121"/>
          <w:sz w:val="22"/>
          <w:lang w:val="nl-NL"/>
        </w:rPr>
        <w:t>:</w:t>
      </w:r>
      <w:r w:rsidR="0033719D">
        <w:rPr>
          <w:b/>
          <w:color w:val="212121"/>
          <w:sz w:val="22"/>
          <w:lang w:val="nl-NL"/>
        </w:rPr>
        <w:t xml:space="preserve"> wie zijn huis heeft aangepakt, heeft </w:t>
      </w:r>
      <w:r w:rsidR="00654AE6">
        <w:rPr>
          <w:b/>
          <w:color w:val="212121"/>
          <w:sz w:val="22"/>
          <w:lang w:val="nl-NL"/>
        </w:rPr>
        <w:t>praktijk</w:t>
      </w:r>
      <w:r w:rsidR="0033719D">
        <w:rPr>
          <w:b/>
          <w:color w:val="212121"/>
          <w:sz w:val="22"/>
          <w:lang w:val="nl-NL"/>
        </w:rPr>
        <w:t xml:space="preserve">ervaring waar een ander veel </w:t>
      </w:r>
      <w:r w:rsidR="00654AE6">
        <w:rPr>
          <w:b/>
          <w:color w:val="212121"/>
          <w:sz w:val="22"/>
          <w:lang w:val="nl-NL"/>
        </w:rPr>
        <w:t>aan kan hebben</w:t>
      </w:r>
      <w:r w:rsidR="0033719D">
        <w:rPr>
          <w:b/>
          <w:color w:val="212121"/>
          <w:sz w:val="22"/>
          <w:lang w:val="nl-NL"/>
        </w:rPr>
        <w:t xml:space="preserve">. </w:t>
      </w:r>
      <w:r w:rsidR="00654AE6">
        <w:rPr>
          <w:b/>
          <w:color w:val="212121"/>
          <w:sz w:val="22"/>
          <w:lang w:val="nl-NL"/>
        </w:rPr>
        <w:t xml:space="preserve">Daarom stellen </w:t>
      </w:r>
      <w:r w:rsidR="0038426A">
        <w:rPr>
          <w:b/>
          <w:color w:val="212121"/>
          <w:sz w:val="22"/>
          <w:lang w:val="nl-NL"/>
        </w:rPr>
        <w:t xml:space="preserve">huiseigenaren in heel Nederland </w:t>
      </w:r>
      <w:r w:rsidR="00654AE6">
        <w:rPr>
          <w:b/>
          <w:color w:val="212121"/>
          <w:sz w:val="22"/>
          <w:lang w:val="nl-NL"/>
        </w:rPr>
        <w:t xml:space="preserve">op </w:t>
      </w:r>
      <w:r w:rsidR="003F77BE">
        <w:rPr>
          <w:b/>
          <w:color w:val="212121"/>
          <w:sz w:val="22"/>
          <w:lang w:val="nl-NL"/>
        </w:rPr>
        <w:t xml:space="preserve">zaterdag </w:t>
      </w:r>
      <w:r w:rsidR="00654AE6">
        <w:rPr>
          <w:b/>
          <w:color w:val="212121"/>
          <w:sz w:val="22"/>
          <w:lang w:val="nl-NL"/>
        </w:rPr>
        <w:t xml:space="preserve">31 oktober en 7 november hun woning open voor bezoekers, tijdens de jaarlijkse open dagen van de Nationale Duurzame Huizen Route. </w:t>
      </w:r>
      <w:r w:rsidR="0033719D">
        <w:rPr>
          <w:b/>
          <w:color w:val="212121"/>
          <w:sz w:val="22"/>
          <w:lang w:val="nl-NL"/>
        </w:rPr>
        <w:t xml:space="preserve">Zij laten zien </w:t>
      </w:r>
      <w:r w:rsidR="00C411B6">
        <w:rPr>
          <w:b/>
          <w:color w:val="212121"/>
          <w:sz w:val="22"/>
          <w:lang w:val="nl-NL"/>
        </w:rPr>
        <w:t>wat zij in hun huis hebben aangepast</w:t>
      </w:r>
      <w:r w:rsidR="00FA312D">
        <w:rPr>
          <w:b/>
          <w:color w:val="212121"/>
          <w:sz w:val="22"/>
          <w:lang w:val="nl-NL"/>
        </w:rPr>
        <w:t xml:space="preserve"> en hoe </w:t>
      </w:r>
      <w:r w:rsidR="00EC564C">
        <w:rPr>
          <w:b/>
          <w:color w:val="212121"/>
          <w:sz w:val="22"/>
          <w:lang w:val="nl-NL"/>
        </w:rPr>
        <w:t xml:space="preserve">dat </w:t>
      </w:r>
      <w:r w:rsidR="00FA312D">
        <w:rPr>
          <w:b/>
          <w:color w:val="212121"/>
          <w:sz w:val="22"/>
          <w:lang w:val="nl-NL"/>
        </w:rPr>
        <w:t xml:space="preserve">bevalt. </w:t>
      </w:r>
      <w:r w:rsidR="0038426A">
        <w:rPr>
          <w:b/>
          <w:color w:val="212121"/>
          <w:sz w:val="22"/>
          <w:lang w:val="nl-NL"/>
        </w:rPr>
        <w:t>Mensen die</w:t>
      </w:r>
      <w:r w:rsidR="000A2745">
        <w:rPr>
          <w:b/>
          <w:color w:val="212121"/>
          <w:sz w:val="22"/>
          <w:lang w:val="nl-NL"/>
        </w:rPr>
        <w:t xml:space="preserve"> hieraan mee willen doen, kunnen hun huis </w:t>
      </w:r>
      <w:r w:rsidR="003900A5">
        <w:rPr>
          <w:b/>
          <w:color w:val="212121"/>
          <w:sz w:val="22"/>
          <w:lang w:val="nl-NL"/>
        </w:rPr>
        <w:t>vanaf september</w:t>
      </w:r>
      <w:r w:rsidR="00654AE6">
        <w:rPr>
          <w:b/>
          <w:color w:val="212121"/>
          <w:sz w:val="22"/>
          <w:lang w:val="nl-NL"/>
        </w:rPr>
        <w:t xml:space="preserve"> aanmelden. </w:t>
      </w:r>
      <w:r w:rsidR="00C81B4C">
        <w:rPr>
          <w:sz w:val="22"/>
          <w:lang w:val="nl-NL"/>
        </w:rPr>
        <w:br/>
      </w:r>
    </w:p>
    <w:p w14:paraId="117B2EEB" w14:textId="2C29C4C6" w:rsidR="00EC564C" w:rsidRDefault="00EC564C" w:rsidP="00EC564C">
      <w:pPr>
        <w:rPr>
          <w:sz w:val="22"/>
          <w:lang w:val="nl-NL"/>
        </w:rPr>
      </w:pPr>
      <w:r w:rsidRPr="00672B62">
        <w:rPr>
          <w:b/>
          <w:sz w:val="22"/>
          <w:lang w:val="nl-NL"/>
        </w:rPr>
        <w:t xml:space="preserve">Vertel erover tijdens de </w:t>
      </w:r>
      <w:r w:rsidR="00F81594">
        <w:rPr>
          <w:b/>
          <w:sz w:val="22"/>
          <w:lang w:val="nl-NL"/>
        </w:rPr>
        <w:t>o</w:t>
      </w:r>
      <w:r w:rsidRPr="00672B62">
        <w:rPr>
          <w:b/>
          <w:sz w:val="22"/>
          <w:lang w:val="nl-NL"/>
        </w:rPr>
        <w:t xml:space="preserve">pen </w:t>
      </w:r>
      <w:r w:rsidR="00F81594">
        <w:rPr>
          <w:b/>
          <w:sz w:val="22"/>
          <w:lang w:val="nl-NL"/>
        </w:rPr>
        <w:t>d</w:t>
      </w:r>
      <w:r w:rsidRPr="00672B62">
        <w:rPr>
          <w:b/>
          <w:sz w:val="22"/>
          <w:lang w:val="nl-NL"/>
        </w:rPr>
        <w:t>agen</w:t>
      </w:r>
      <w:r>
        <w:rPr>
          <w:sz w:val="22"/>
          <w:lang w:val="nl-NL"/>
        </w:rPr>
        <w:t xml:space="preserve"> </w:t>
      </w:r>
    </w:p>
    <w:p w14:paraId="0408B3E1" w14:textId="244860F0" w:rsidR="00C14C86" w:rsidRDefault="000A2745" w:rsidP="00C14C86">
      <w:pPr>
        <w:rPr>
          <w:sz w:val="22"/>
          <w:lang w:val="nl-NL"/>
        </w:rPr>
      </w:pPr>
      <w:r w:rsidRPr="00EC564C">
        <w:rPr>
          <w:sz w:val="22"/>
          <w:lang w:val="nl-NL"/>
        </w:rPr>
        <w:t xml:space="preserve">Veel huiseigenaren die hun </w:t>
      </w:r>
      <w:r w:rsidR="008E6238" w:rsidRPr="00EC564C">
        <w:rPr>
          <w:sz w:val="22"/>
          <w:lang w:val="nl-NL"/>
        </w:rPr>
        <w:t xml:space="preserve">woning </w:t>
      </w:r>
      <w:r w:rsidRPr="00EC564C">
        <w:rPr>
          <w:sz w:val="22"/>
          <w:lang w:val="nl-NL"/>
        </w:rPr>
        <w:t>energiezuinig willen maken,</w:t>
      </w:r>
      <w:r w:rsidR="008E6238" w:rsidRPr="00EC564C">
        <w:rPr>
          <w:sz w:val="22"/>
          <w:lang w:val="nl-NL"/>
        </w:rPr>
        <w:t xml:space="preserve"> lopen al snel tegen praktische vragen aan: </w:t>
      </w:r>
      <w:r w:rsidRPr="00EC564C">
        <w:rPr>
          <w:sz w:val="22"/>
          <w:lang w:val="nl-NL"/>
        </w:rPr>
        <w:t xml:space="preserve">Hoe zorg je voor voldoende frisse lucht in huis? Wat merk je van HR++ glas? En </w:t>
      </w:r>
      <w:r w:rsidR="00EC564C" w:rsidRPr="00EC564C">
        <w:rPr>
          <w:sz w:val="22"/>
          <w:lang w:val="nl-NL"/>
        </w:rPr>
        <w:t>hoe zit het met de kosten en</w:t>
      </w:r>
      <w:r w:rsidRPr="00EC564C">
        <w:rPr>
          <w:sz w:val="22"/>
          <w:lang w:val="nl-NL"/>
        </w:rPr>
        <w:t xml:space="preserve"> subsidie</w:t>
      </w:r>
      <w:r w:rsidR="003B21D2">
        <w:rPr>
          <w:sz w:val="22"/>
          <w:lang w:val="nl-NL"/>
        </w:rPr>
        <w:t>s</w:t>
      </w:r>
      <w:r w:rsidRPr="00EC564C">
        <w:rPr>
          <w:sz w:val="22"/>
          <w:lang w:val="nl-NL"/>
        </w:rPr>
        <w:t xml:space="preserve">? </w:t>
      </w:r>
      <w:r w:rsidR="00C14C86">
        <w:rPr>
          <w:sz w:val="22"/>
          <w:lang w:val="nl-NL"/>
        </w:rPr>
        <w:t>Daarom is het zo waardevol dat andere huiseigenaren</w:t>
      </w:r>
      <w:r w:rsidR="00F3571A">
        <w:rPr>
          <w:sz w:val="22"/>
          <w:lang w:val="nl-NL"/>
        </w:rPr>
        <w:t xml:space="preserve"> </w:t>
      </w:r>
      <w:r w:rsidR="00F81594">
        <w:rPr>
          <w:sz w:val="22"/>
          <w:lang w:val="nl-NL"/>
        </w:rPr>
        <w:t>hun woning openstellen</w:t>
      </w:r>
      <w:r w:rsidR="00C14C86">
        <w:rPr>
          <w:sz w:val="22"/>
          <w:lang w:val="nl-NL"/>
        </w:rPr>
        <w:t xml:space="preserve">. </w:t>
      </w:r>
      <w:r w:rsidR="00C81B4C">
        <w:rPr>
          <w:sz w:val="22"/>
          <w:lang w:val="nl-NL"/>
        </w:rPr>
        <w:t>Bezoekers kunnen met eigen ogen zien hoe maatregelen zijn uitgevoerd, en rechtstreeks vragen stellen aan iemand die het proces al heeft doorlopen.</w:t>
      </w:r>
    </w:p>
    <w:p w14:paraId="6056C306" w14:textId="3EB86BBE" w:rsidR="008D7B9B" w:rsidRPr="00EC564C" w:rsidRDefault="00C14C86" w:rsidP="00C14C86">
      <w:pPr>
        <w:rPr>
          <w:sz w:val="22"/>
          <w:lang w:val="nl-NL"/>
        </w:rPr>
      </w:pPr>
      <w:r>
        <w:rPr>
          <w:sz w:val="22"/>
          <w:lang w:val="nl-NL"/>
        </w:rPr>
        <w:t>Tijdens de open dagen van de Duurzame Huizen Route</w:t>
      </w:r>
      <w:r w:rsidRPr="00C14C86">
        <w:rPr>
          <w:sz w:val="22"/>
          <w:lang w:val="nl-NL"/>
        </w:rPr>
        <w:t xml:space="preserve"> </w:t>
      </w:r>
      <w:r w:rsidRPr="00EC564C">
        <w:rPr>
          <w:sz w:val="22"/>
          <w:lang w:val="nl-NL"/>
        </w:rPr>
        <w:t xml:space="preserve">laten </w:t>
      </w:r>
      <w:r>
        <w:rPr>
          <w:sz w:val="22"/>
          <w:lang w:val="nl-NL"/>
        </w:rPr>
        <w:t>deelnemers</w:t>
      </w:r>
      <w:r w:rsidR="00F3571A">
        <w:rPr>
          <w:sz w:val="22"/>
          <w:lang w:val="nl-NL"/>
        </w:rPr>
        <w:t xml:space="preserve"> </w:t>
      </w:r>
      <w:r w:rsidRPr="00EC564C">
        <w:rPr>
          <w:sz w:val="22"/>
          <w:lang w:val="nl-NL"/>
        </w:rPr>
        <w:t>in hun woning zien waar zij trots op zij</w:t>
      </w:r>
      <w:r w:rsidR="00C81B4C">
        <w:rPr>
          <w:sz w:val="22"/>
          <w:lang w:val="nl-NL"/>
        </w:rPr>
        <w:t>n</w:t>
      </w:r>
      <w:r w:rsidRPr="00EC564C">
        <w:rPr>
          <w:sz w:val="22"/>
          <w:lang w:val="nl-NL"/>
        </w:rPr>
        <w:t xml:space="preserve">. Heel leerzaam is ook om te horen wat zij een volgende keer anders zouden aanpakken. Zo krijgen bezoekers waardevolle tips en informatie uit de eerste hand. En door de onderlinge gesprekken, doen </w:t>
      </w:r>
      <w:r w:rsidR="003900A5">
        <w:rPr>
          <w:sz w:val="22"/>
          <w:lang w:val="nl-NL"/>
        </w:rPr>
        <w:t>openstellers</w:t>
      </w:r>
      <w:r w:rsidR="003900A5" w:rsidRPr="00EC564C">
        <w:rPr>
          <w:sz w:val="22"/>
          <w:lang w:val="nl-NL"/>
        </w:rPr>
        <w:t xml:space="preserve"> </w:t>
      </w:r>
      <w:r w:rsidRPr="00EC564C">
        <w:rPr>
          <w:sz w:val="22"/>
          <w:lang w:val="nl-NL"/>
        </w:rPr>
        <w:t xml:space="preserve">vaak ook zelf </w:t>
      </w:r>
      <w:r w:rsidR="00C81B4C">
        <w:rPr>
          <w:sz w:val="22"/>
          <w:lang w:val="nl-NL"/>
        </w:rPr>
        <w:t xml:space="preserve">weer </w:t>
      </w:r>
      <w:r>
        <w:rPr>
          <w:rStyle w:val="Zwaar"/>
          <w:b w:val="0"/>
          <w:bCs w:val="0"/>
          <w:sz w:val="22"/>
          <w:lang w:val="nl-NL"/>
        </w:rPr>
        <w:t xml:space="preserve">nieuwe </w:t>
      </w:r>
      <w:r w:rsidRPr="00EC564C">
        <w:rPr>
          <w:rStyle w:val="Zwaar"/>
          <w:b w:val="0"/>
          <w:bCs w:val="0"/>
          <w:sz w:val="22"/>
          <w:lang w:val="nl-NL"/>
        </w:rPr>
        <w:t xml:space="preserve">ideeën op. </w:t>
      </w:r>
    </w:p>
    <w:p w14:paraId="42B2168B" w14:textId="22552809" w:rsidR="000672F0" w:rsidRPr="00EC564C" w:rsidRDefault="000672F0" w:rsidP="000672F0">
      <w:pPr>
        <w:rPr>
          <w:i/>
          <w:sz w:val="22"/>
          <w:lang w:val="nl-NL"/>
        </w:rPr>
      </w:pPr>
      <w:r w:rsidRPr="00EC564C">
        <w:rPr>
          <w:sz w:val="22"/>
          <w:lang w:val="nl-NL"/>
        </w:rPr>
        <w:t xml:space="preserve">Mark woont in een tussenwoning en doet al een paar jaar mee met de </w:t>
      </w:r>
      <w:r w:rsidR="00215EA7">
        <w:rPr>
          <w:sz w:val="22"/>
          <w:lang w:val="nl-NL"/>
        </w:rPr>
        <w:t>o</w:t>
      </w:r>
      <w:r w:rsidRPr="00EC564C">
        <w:rPr>
          <w:sz w:val="22"/>
          <w:lang w:val="nl-NL"/>
        </w:rPr>
        <w:t xml:space="preserve">pen </w:t>
      </w:r>
      <w:r w:rsidR="00215EA7">
        <w:rPr>
          <w:sz w:val="22"/>
          <w:lang w:val="nl-NL"/>
        </w:rPr>
        <w:t>d</w:t>
      </w:r>
      <w:r w:rsidRPr="00EC564C">
        <w:rPr>
          <w:sz w:val="22"/>
          <w:lang w:val="nl-NL"/>
        </w:rPr>
        <w:t xml:space="preserve">agen: </w:t>
      </w:r>
      <w:r w:rsidRPr="00EC564C">
        <w:rPr>
          <w:i/>
          <w:sz w:val="22"/>
          <w:lang w:val="nl-NL"/>
        </w:rPr>
        <w:t>“Wij hebben voor de verbouwing veel uitgezocht en zelf gedaan. Het is leuk om nu het huis te laten zien en mensen te vertellen wat goed werkt en waar ze aan moeten denken.”</w:t>
      </w:r>
    </w:p>
    <w:p w14:paraId="32C08FD8" w14:textId="6ADBB858" w:rsidR="008D7B9B" w:rsidRDefault="008D7B9B">
      <w:pPr>
        <w:rPr>
          <w:rStyle w:val="Zwaar"/>
          <w:b w:val="0"/>
          <w:bCs w:val="0"/>
          <w:sz w:val="22"/>
          <w:lang w:val="nl-NL"/>
        </w:rPr>
      </w:pPr>
      <w:r w:rsidRPr="00672B62">
        <w:rPr>
          <w:b/>
          <w:sz w:val="22"/>
          <w:lang w:val="nl-NL"/>
        </w:rPr>
        <w:t>Elke maatregel telt</w:t>
      </w:r>
      <w:r w:rsidRPr="00672B62" w:rsidDel="00730619">
        <w:rPr>
          <w:rStyle w:val="Zwaar"/>
          <w:b w:val="0"/>
          <w:bCs w:val="0"/>
          <w:sz w:val="22"/>
          <w:lang w:val="nl-NL"/>
        </w:rPr>
        <w:t xml:space="preserve"> </w:t>
      </w:r>
    </w:p>
    <w:p w14:paraId="35C2BAB4" w14:textId="5C5A5504" w:rsidR="008D7B9B" w:rsidRDefault="000672F0" w:rsidP="0038426A">
      <w:pPr>
        <w:rPr>
          <w:sz w:val="22"/>
          <w:lang w:val="nl-NL"/>
        </w:rPr>
      </w:pPr>
      <w:r w:rsidRPr="00672B62">
        <w:rPr>
          <w:sz w:val="22"/>
          <w:lang w:val="nl-NL"/>
        </w:rPr>
        <w:t>Van</w:t>
      </w:r>
      <w:r w:rsidR="001C5446">
        <w:rPr>
          <w:sz w:val="22"/>
          <w:lang w:val="nl-NL"/>
        </w:rPr>
        <w:t xml:space="preserve"> gebruikelijke</w:t>
      </w:r>
      <w:r w:rsidR="00C411B6">
        <w:rPr>
          <w:sz w:val="22"/>
          <w:lang w:val="nl-NL"/>
        </w:rPr>
        <w:t xml:space="preserve"> maatregelen zoals vloerisolatie en HR++ glas tot</w:t>
      </w:r>
      <w:r w:rsidRPr="00672B62">
        <w:rPr>
          <w:sz w:val="22"/>
          <w:lang w:val="nl-NL"/>
        </w:rPr>
        <w:t xml:space="preserve"> goede ventilati</w:t>
      </w:r>
      <w:r w:rsidR="00C411B6">
        <w:rPr>
          <w:sz w:val="22"/>
          <w:lang w:val="nl-NL"/>
        </w:rPr>
        <w:t xml:space="preserve">e, </w:t>
      </w:r>
      <w:r w:rsidRPr="00672B62">
        <w:rPr>
          <w:sz w:val="22"/>
          <w:lang w:val="nl-NL"/>
        </w:rPr>
        <w:t xml:space="preserve">(hybride) warmtepompen, thuisaccu’s en </w:t>
      </w:r>
      <w:r w:rsidR="00C411B6">
        <w:rPr>
          <w:sz w:val="22"/>
          <w:lang w:val="nl-NL"/>
        </w:rPr>
        <w:t>nieuwe technieken</w:t>
      </w:r>
      <w:r w:rsidRPr="00672B62">
        <w:rPr>
          <w:sz w:val="22"/>
          <w:lang w:val="nl-NL"/>
        </w:rPr>
        <w:t xml:space="preserve"> om energie te besparen</w:t>
      </w:r>
      <w:r w:rsidR="000A2745">
        <w:rPr>
          <w:sz w:val="22"/>
          <w:lang w:val="nl-NL"/>
        </w:rPr>
        <w:t>: h</w:t>
      </w:r>
      <w:r w:rsidRPr="00672B62">
        <w:rPr>
          <w:sz w:val="22"/>
          <w:lang w:val="nl-NL"/>
        </w:rPr>
        <w:t>oe meer verschillende woningen en oplossingen meedoen, hoe meer er tijdens de</w:t>
      </w:r>
      <w:r w:rsidR="000A2745">
        <w:rPr>
          <w:sz w:val="22"/>
          <w:lang w:val="nl-NL"/>
        </w:rPr>
        <w:t xml:space="preserve"> open dagen</w:t>
      </w:r>
      <w:r w:rsidRPr="00672B62">
        <w:rPr>
          <w:sz w:val="22"/>
          <w:lang w:val="nl-NL"/>
        </w:rPr>
        <w:t xml:space="preserve"> te zien is. Zo kunnen bezoekers een voorbeeld vinden dat past bij hun eigen woning, wensen en </w:t>
      </w:r>
      <w:r w:rsidR="000A2745">
        <w:rPr>
          <w:sz w:val="22"/>
          <w:lang w:val="nl-NL"/>
        </w:rPr>
        <w:t xml:space="preserve">mogelijkheden. </w:t>
      </w:r>
      <w:r w:rsidR="00672B62" w:rsidRPr="00C3110B">
        <w:rPr>
          <w:sz w:val="22"/>
          <w:lang w:val="nl-NL"/>
        </w:rPr>
        <w:t xml:space="preserve"> </w:t>
      </w:r>
    </w:p>
    <w:p w14:paraId="61AA86AB" w14:textId="68557631" w:rsidR="003B4EF7" w:rsidRPr="00255986" w:rsidRDefault="00672B62" w:rsidP="00C3110B">
      <w:pPr>
        <w:rPr>
          <w:sz w:val="22"/>
          <w:lang w:val="nl-NL"/>
        </w:rPr>
      </w:pPr>
      <w:r w:rsidRPr="00C3110B">
        <w:rPr>
          <w:sz w:val="22"/>
          <w:lang w:val="nl-NL"/>
        </w:rPr>
        <w:t xml:space="preserve">Een woning hoeft daarbij niet helemaal energiezuinig of aardgasvrij te zijn. Ook wie </w:t>
      </w:r>
      <w:r w:rsidR="00C411B6">
        <w:rPr>
          <w:sz w:val="22"/>
          <w:lang w:val="nl-NL"/>
        </w:rPr>
        <w:t>één maatregel heeft genomen</w:t>
      </w:r>
      <w:r w:rsidR="00FA312D">
        <w:rPr>
          <w:sz w:val="22"/>
          <w:lang w:val="nl-NL"/>
        </w:rPr>
        <w:t>,</w:t>
      </w:r>
      <w:r w:rsidR="00C411B6">
        <w:rPr>
          <w:sz w:val="22"/>
          <w:lang w:val="nl-NL"/>
        </w:rPr>
        <w:t xml:space="preserve"> bijvoorbeeld gevelisolatie</w:t>
      </w:r>
      <w:r w:rsidR="003D0D06">
        <w:rPr>
          <w:sz w:val="22"/>
          <w:lang w:val="nl-NL"/>
        </w:rPr>
        <w:t xml:space="preserve"> o</w:t>
      </w:r>
      <w:r w:rsidR="00EC564C">
        <w:rPr>
          <w:sz w:val="22"/>
          <w:lang w:val="nl-NL"/>
        </w:rPr>
        <w:t>f een warmtepompboiler</w:t>
      </w:r>
      <w:r w:rsidR="00C411B6">
        <w:rPr>
          <w:sz w:val="22"/>
          <w:lang w:val="nl-NL"/>
        </w:rPr>
        <w:t xml:space="preserve"> </w:t>
      </w:r>
      <w:r w:rsidRPr="00C3110B">
        <w:rPr>
          <w:sz w:val="22"/>
          <w:lang w:val="nl-NL"/>
        </w:rPr>
        <w:t>heeft ervaring</w:t>
      </w:r>
      <w:r w:rsidR="00C411B6">
        <w:rPr>
          <w:sz w:val="22"/>
          <w:lang w:val="nl-NL"/>
        </w:rPr>
        <w:t xml:space="preserve"> </w:t>
      </w:r>
      <w:r w:rsidRPr="00C3110B">
        <w:rPr>
          <w:sz w:val="22"/>
          <w:lang w:val="nl-NL"/>
        </w:rPr>
        <w:t xml:space="preserve">die voor een ander interessant </w:t>
      </w:r>
      <w:r w:rsidR="00FA312D">
        <w:rPr>
          <w:sz w:val="22"/>
          <w:lang w:val="nl-NL"/>
        </w:rPr>
        <w:t xml:space="preserve">kan </w:t>
      </w:r>
      <w:r w:rsidRPr="00C3110B">
        <w:rPr>
          <w:sz w:val="22"/>
          <w:lang w:val="nl-NL"/>
        </w:rPr>
        <w:t xml:space="preserve">zijn. </w:t>
      </w:r>
      <w:r w:rsidR="0038426A">
        <w:rPr>
          <w:sz w:val="22"/>
          <w:lang w:val="nl-NL"/>
        </w:rPr>
        <w:t xml:space="preserve">De open dagen worden voor de </w:t>
      </w:r>
      <w:r w:rsidR="00FA312D">
        <w:rPr>
          <w:sz w:val="22"/>
          <w:lang w:val="nl-NL"/>
        </w:rPr>
        <w:t xml:space="preserve">veertiende </w:t>
      </w:r>
      <w:r w:rsidR="0038426A">
        <w:rPr>
          <w:sz w:val="22"/>
          <w:lang w:val="nl-NL"/>
        </w:rPr>
        <w:t>keer georganiseerd</w:t>
      </w:r>
      <w:r w:rsidR="00C411B6">
        <w:rPr>
          <w:sz w:val="22"/>
          <w:lang w:val="nl-NL"/>
        </w:rPr>
        <w:t xml:space="preserve">. </w:t>
      </w:r>
      <w:r w:rsidRPr="00C3110B">
        <w:rPr>
          <w:sz w:val="22"/>
          <w:lang w:val="nl-NL"/>
        </w:rPr>
        <w:t xml:space="preserve">Vorig jaar </w:t>
      </w:r>
      <w:r w:rsidR="0038426A">
        <w:rPr>
          <w:sz w:val="22"/>
          <w:lang w:val="nl-NL"/>
        </w:rPr>
        <w:t>deden bijna 400 huizen mee.</w:t>
      </w:r>
      <w:r w:rsidR="003D0D06">
        <w:rPr>
          <w:sz w:val="22"/>
          <w:lang w:val="nl-NL"/>
        </w:rPr>
        <w:t xml:space="preserve"> Ook d</w:t>
      </w:r>
      <w:r w:rsidR="00C411B6">
        <w:rPr>
          <w:sz w:val="22"/>
          <w:lang w:val="nl-NL"/>
        </w:rPr>
        <w:t>it jaar ho</w:t>
      </w:r>
      <w:r w:rsidR="00FA312D">
        <w:rPr>
          <w:sz w:val="22"/>
          <w:lang w:val="nl-NL"/>
        </w:rPr>
        <w:t xml:space="preserve">opt de organisatie </w:t>
      </w:r>
      <w:r w:rsidR="003D0D06">
        <w:rPr>
          <w:sz w:val="22"/>
          <w:lang w:val="nl-NL"/>
        </w:rPr>
        <w:t xml:space="preserve">op </w:t>
      </w:r>
      <w:r w:rsidR="00C411B6">
        <w:rPr>
          <w:sz w:val="22"/>
          <w:lang w:val="nl-NL"/>
        </w:rPr>
        <w:t>een grote en gevarieerde groep huiseigenaren.</w:t>
      </w:r>
    </w:p>
    <w:p w14:paraId="4F29E985" w14:textId="53A78A45" w:rsidR="003B4EF7" w:rsidRPr="00C3110B" w:rsidRDefault="001F5627" w:rsidP="006C091F">
      <w:pPr>
        <w:pStyle w:val="Kop1"/>
        <w:rPr>
          <w:rFonts w:ascii="Aptos" w:hAnsi="Aptos"/>
          <w:color w:val="212121"/>
          <w:sz w:val="22"/>
          <w:szCs w:val="22"/>
          <w:lang w:val="nl-NL"/>
        </w:rPr>
      </w:pPr>
      <w:r w:rsidRPr="00C3110B">
        <w:rPr>
          <w:rFonts w:ascii="Aptos" w:hAnsi="Aptos"/>
          <w:color w:val="212121"/>
          <w:sz w:val="22"/>
          <w:szCs w:val="22"/>
          <w:lang w:val="nl-NL"/>
        </w:rPr>
        <w:t>Aanmelden als huiseigenaar</w:t>
      </w:r>
      <w:r w:rsidR="006C091F" w:rsidRPr="00C3110B">
        <w:rPr>
          <w:rFonts w:ascii="Aptos" w:hAnsi="Aptos"/>
          <w:color w:val="212121"/>
          <w:sz w:val="22"/>
          <w:szCs w:val="22"/>
          <w:lang w:val="nl-NL"/>
        </w:rPr>
        <w:br/>
      </w:r>
      <w:r w:rsidRPr="00C3110B">
        <w:rPr>
          <w:rFonts w:ascii="Aptos" w:hAnsi="Aptos"/>
          <w:b w:val="0"/>
          <w:bCs w:val="0"/>
          <w:color w:val="212121"/>
          <w:sz w:val="22"/>
          <w:szCs w:val="22"/>
          <w:lang w:val="nl-NL"/>
        </w:rPr>
        <w:t xml:space="preserve">Huiseigenaren die hun woning willen openstellen, kunnen zich aanmelden via </w:t>
      </w:r>
      <w:hyperlink r:id="rId8">
        <w:r w:rsidR="003B4EF7" w:rsidRPr="00C3110B">
          <w:rPr>
            <w:rFonts w:ascii="Aptos" w:hAnsi="Aptos"/>
            <w:b w:val="0"/>
            <w:bCs w:val="0"/>
            <w:color w:val="212121"/>
            <w:sz w:val="22"/>
            <w:szCs w:val="22"/>
            <w:lang w:val="nl-NL"/>
          </w:rPr>
          <w:t>www.duurzamehuizenroute.nl/aanmelden</w:t>
        </w:r>
      </w:hyperlink>
      <w:r w:rsidRPr="00C3110B">
        <w:rPr>
          <w:rFonts w:ascii="Aptos" w:hAnsi="Aptos"/>
          <w:b w:val="0"/>
          <w:bCs w:val="0"/>
          <w:color w:val="212121"/>
          <w:sz w:val="22"/>
          <w:szCs w:val="22"/>
          <w:lang w:val="nl-NL"/>
        </w:rPr>
        <w:t>. Zij bepalen zelf op welke zaterdag en tijdstippen zij bezoekers ontvangen.</w:t>
      </w:r>
    </w:p>
    <w:p w14:paraId="15F0782C" w14:textId="77777777" w:rsidR="003B4EF7" w:rsidRPr="00C3110B" w:rsidRDefault="001F5627">
      <w:pPr>
        <w:pStyle w:val="Kop1"/>
        <w:rPr>
          <w:rFonts w:ascii="Aptos" w:hAnsi="Aptos"/>
          <w:color w:val="212121"/>
          <w:sz w:val="22"/>
          <w:szCs w:val="22"/>
          <w:lang w:val="nl-NL"/>
        </w:rPr>
      </w:pPr>
      <w:r w:rsidRPr="00C3110B">
        <w:rPr>
          <w:rFonts w:ascii="Aptos" w:hAnsi="Aptos"/>
          <w:color w:val="212121"/>
          <w:sz w:val="22"/>
          <w:szCs w:val="22"/>
          <w:lang w:val="nl-NL"/>
        </w:rPr>
        <w:t>Het initiatief</w:t>
      </w:r>
    </w:p>
    <w:p w14:paraId="1B779736" w14:textId="10EDA28E" w:rsidR="003B4EF7" w:rsidRPr="00672B62" w:rsidRDefault="001F5627" w:rsidP="000A2745">
      <w:pPr>
        <w:rPr>
          <w:sz w:val="22"/>
          <w:lang w:val="nl-NL"/>
        </w:rPr>
      </w:pPr>
      <w:r w:rsidRPr="00672B62">
        <w:rPr>
          <w:sz w:val="22"/>
          <w:lang w:val="nl-NL"/>
        </w:rPr>
        <w:t xml:space="preserve">De Nationale Duurzame Huizen Route is een onafhankelijk platform waar huiseigenaren het hele jaar door kunnen bekijken hoe anderen hun woning hebben aangepakt en welke ervaringen zij daarmee hebben. De </w:t>
      </w:r>
      <w:r w:rsidRPr="00672B62">
        <w:rPr>
          <w:sz w:val="22"/>
          <w:lang w:val="nl-NL"/>
        </w:rPr>
        <w:lastRenderedPageBreak/>
        <w:t xml:space="preserve">Nationale Duurzame Huizen Route wordt ondersteund door het Ministerie van </w:t>
      </w:r>
      <w:r w:rsidR="006F4711" w:rsidRPr="00672B62">
        <w:rPr>
          <w:sz w:val="22"/>
          <w:lang w:val="nl-NL"/>
        </w:rPr>
        <w:t>Binnenlandse Zaken</w:t>
      </w:r>
      <w:r w:rsidRPr="00672B62">
        <w:rPr>
          <w:sz w:val="22"/>
          <w:lang w:val="nl-NL"/>
        </w:rPr>
        <w:t>, provincie</w:t>
      </w:r>
      <w:r w:rsidR="00EC564C">
        <w:rPr>
          <w:sz w:val="22"/>
          <w:lang w:val="nl-NL"/>
        </w:rPr>
        <w:t xml:space="preserve">s </w:t>
      </w:r>
      <w:r w:rsidRPr="00672B62">
        <w:rPr>
          <w:sz w:val="22"/>
          <w:lang w:val="nl-NL"/>
        </w:rPr>
        <w:t>en meer dan 100 Nederlandse gemeenten.</w:t>
      </w:r>
    </w:p>
    <w:p w14:paraId="77ECCFDE" w14:textId="77777777" w:rsidR="006C091F" w:rsidRPr="00780157" w:rsidRDefault="006C091F" w:rsidP="00F81594">
      <w:pPr>
        <w:pStyle w:val="Geenafstand"/>
        <w:pBdr>
          <w:bottom w:val="single" w:sz="6" w:space="0" w:color="auto"/>
        </w:pBdr>
        <w:rPr>
          <w:sz w:val="24"/>
          <w:szCs w:val="24"/>
          <w:lang w:val="nl-NL"/>
        </w:rPr>
      </w:pPr>
    </w:p>
    <w:p w14:paraId="09E7B4C9" w14:textId="77777777" w:rsidR="006C091F" w:rsidRPr="00780157" w:rsidRDefault="006C091F" w:rsidP="006C091F">
      <w:pPr>
        <w:pStyle w:val="Geenafstand"/>
        <w:rPr>
          <w:b/>
          <w:bCs/>
          <w:i/>
          <w:iCs/>
          <w:lang w:val="nl-NL"/>
        </w:rPr>
      </w:pPr>
    </w:p>
    <w:p w14:paraId="73B85C99" w14:textId="7C84B383" w:rsidR="006C091F" w:rsidRPr="00780157" w:rsidRDefault="006C091F" w:rsidP="006C091F">
      <w:pPr>
        <w:pStyle w:val="Geenafstand"/>
        <w:rPr>
          <w:rFonts w:ascii="Aptos" w:hAnsi="Aptos"/>
          <w:b/>
          <w:bCs/>
          <w:i/>
          <w:iCs/>
          <w:lang w:val="nl-NL"/>
        </w:rPr>
      </w:pPr>
      <w:r w:rsidRPr="00780157">
        <w:rPr>
          <w:rFonts w:ascii="Aptos" w:hAnsi="Aptos"/>
          <w:b/>
          <w:bCs/>
          <w:i/>
          <w:iCs/>
          <w:lang w:val="nl-NL"/>
        </w:rPr>
        <w:t xml:space="preserve">Noot voor de redactie: </w:t>
      </w:r>
    </w:p>
    <w:p w14:paraId="02C54B67" w14:textId="437CA6DB" w:rsidR="006C091F" w:rsidRPr="00780157" w:rsidRDefault="006C091F" w:rsidP="006C091F">
      <w:pPr>
        <w:pStyle w:val="Geenafstand"/>
        <w:rPr>
          <w:rFonts w:ascii="Aptos" w:hAnsi="Aptos"/>
          <w:i/>
          <w:iCs/>
          <w:lang w:val="nl-NL"/>
        </w:rPr>
      </w:pPr>
      <w:r w:rsidRPr="00780157">
        <w:rPr>
          <w:rFonts w:ascii="Aptos" w:hAnsi="Aptos"/>
          <w:i/>
          <w:iCs/>
          <w:lang w:val="nl-NL"/>
        </w:rPr>
        <w:t xml:space="preserve">Voor meer informatie kunt u contact opnemen met het team van de Nationale Duurzame Huizen Route met Carina den Otter: 0525-701193 of </w:t>
      </w:r>
      <w:hyperlink r:id="rId9" w:history="1">
        <w:r w:rsidRPr="00780157">
          <w:rPr>
            <w:rStyle w:val="Hyperlink"/>
            <w:rFonts w:ascii="Aptos" w:hAnsi="Aptos"/>
            <w:i/>
            <w:iCs/>
            <w:lang w:val="nl-NL"/>
          </w:rPr>
          <w:t>info@duurzamehuizenroute.nl</w:t>
        </w:r>
      </w:hyperlink>
      <w:r w:rsidRPr="00780157">
        <w:rPr>
          <w:rFonts w:ascii="Aptos" w:hAnsi="Aptos"/>
          <w:i/>
          <w:iCs/>
          <w:lang w:val="nl-NL"/>
        </w:rPr>
        <w:t>. Andere afbeeldingen kunt u downloaden via www.duurzamehuizenroute.nl/pers. Alle afbeeldingen zijn eigendom van de Nationale Duurzame Huizen Route en mogen uitsluitend gebruikt worden voor uitingen met betrekking tot de Nationale Duurzame Huizen Route</w:t>
      </w:r>
    </w:p>
    <w:p w14:paraId="1E88BBE3" w14:textId="525F0913" w:rsidR="000672F0" w:rsidRPr="00780157" w:rsidRDefault="000672F0" w:rsidP="00654AE6">
      <w:pPr>
        <w:rPr>
          <w:lang w:val="nl-NL"/>
        </w:rPr>
      </w:pPr>
    </w:p>
    <w:sectPr w:rsidR="000672F0" w:rsidRPr="00780157" w:rsidSect="006C091F">
      <w:headerReference w:type="default" r:id="rId10"/>
      <w:pgSz w:w="12240" w:h="15840"/>
      <w:pgMar w:top="1478" w:right="1077" w:bottom="90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3615D" w14:textId="77777777" w:rsidR="004A0BE7" w:rsidRDefault="004A0BE7" w:rsidP="006C091F">
      <w:pPr>
        <w:spacing w:after="0"/>
      </w:pPr>
      <w:r>
        <w:separator/>
      </w:r>
    </w:p>
  </w:endnote>
  <w:endnote w:type="continuationSeparator" w:id="0">
    <w:p w14:paraId="17E16497" w14:textId="77777777" w:rsidR="004A0BE7" w:rsidRDefault="004A0BE7" w:rsidP="006C09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1F62" w14:textId="77777777" w:rsidR="004A0BE7" w:rsidRDefault="004A0BE7" w:rsidP="006C091F">
      <w:pPr>
        <w:spacing w:after="0"/>
      </w:pPr>
      <w:r>
        <w:separator/>
      </w:r>
    </w:p>
  </w:footnote>
  <w:footnote w:type="continuationSeparator" w:id="0">
    <w:p w14:paraId="1AD4F16B" w14:textId="77777777" w:rsidR="004A0BE7" w:rsidRDefault="004A0BE7" w:rsidP="006C09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F1CA" w14:textId="3BA1F926" w:rsidR="006C091F" w:rsidRDefault="006C091F">
    <w:pPr>
      <w:pStyle w:val="Koptekst"/>
    </w:pPr>
    <w:r>
      <w:rPr>
        <w:noProof/>
      </w:rPr>
      <w:drawing>
        <wp:anchor distT="0" distB="0" distL="114300" distR="114300" simplePos="0" relativeHeight="251658240" behindDoc="0" locked="0" layoutInCell="1" allowOverlap="1" wp14:anchorId="4FDFEDE9" wp14:editId="16EA6F3C">
          <wp:simplePos x="0" y="0"/>
          <wp:positionH relativeFrom="margin">
            <wp:posOffset>4895215</wp:posOffset>
          </wp:positionH>
          <wp:positionV relativeFrom="paragraph">
            <wp:posOffset>-258445</wp:posOffset>
          </wp:positionV>
          <wp:extent cx="2011680" cy="576580"/>
          <wp:effectExtent l="0" t="0" r="7620" b="0"/>
          <wp:wrapNone/>
          <wp:docPr id="660045523" name="Afbeelding 660045523"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 Lettertype, Graphics, symbool&#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1680" cy="5765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96164162">
    <w:abstractNumId w:val="8"/>
  </w:num>
  <w:num w:numId="2" w16cid:durableId="1943763607">
    <w:abstractNumId w:val="6"/>
  </w:num>
  <w:num w:numId="3" w16cid:durableId="731119835">
    <w:abstractNumId w:val="5"/>
  </w:num>
  <w:num w:numId="4" w16cid:durableId="480584502">
    <w:abstractNumId w:val="4"/>
  </w:num>
  <w:num w:numId="5" w16cid:durableId="1060522065">
    <w:abstractNumId w:val="7"/>
  </w:num>
  <w:num w:numId="6" w16cid:durableId="1458917281">
    <w:abstractNumId w:val="3"/>
  </w:num>
  <w:num w:numId="7" w16cid:durableId="1662276571">
    <w:abstractNumId w:val="2"/>
  </w:num>
  <w:num w:numId="8" w16cid:durableId="513883036">
    <w:abstractNumId w:val="1"/>
  </w:num>
  <w:num w:numId="9" w16cid:durableId="64967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72F0"/>
    <w:rsid w:val="000A2745"/>
    <w:rsid w:val="0015074B"/>
    <w:rsid w:val="00180231"/>
    <w:rsid w:val="001805CC"/>
    <w:rsid w:val="001A2BBA"/>
    <w:rsid w:val="001C5317"/>
    <w:rsid w:val="001C5446"/>
    <w:rsid w:val="001D09CF"/>
    <w:rsid w:val="001F5627"/>
    <w:rsid w:val="00213884"/>
    <w:rsid w:val="00215EA7"/>
    <w:rsid w:val="00243070"/>
    <w:rsid w:val="00255986"/>
    <w:rsid w:val="0029639D"/>
    <w:rsid w:val="002C6171"/>
    <w:rsid w:val="003037E1"/>
    <w:rsid w:val="00326F90"/>
    <w:rsid w:val="0033719D"/>
    <w:rsid w:val="00374322"/>
    <w:rsid w:val="0038426A"/>
    <w:rsid w:val="003900A5"/>
    <w:rsid w:val="003B21D2"/>
    <w:rsid w:val="003B4EF7"/>
    <w:rsid w:val="003D0D06"/>
    <w:rsid w:val="003F77BE"/>
    <w:rsid w:val="00406FAC"/>
    <w:rsid w:val="004262D0"/>
    <w:rsid w:val="004A0BE7"/>
    <w:rsid w:val="00610D83"/>
    <w:rsid w:val="00623BB4"/>
    <w:rsid w:val="00654AE6"/>
    <w:rsid w:val="00672B62"/>
    <w:rsid w:val="006C091F"/>
    <w:rsid w:val="006F4711"/>
    <w:rsid w:val="00730619"/>
    <w:rsid w:val="00755B69"/>
    <w:rsid w:val="00763CA9"/>
    <w:rsid w:val="00780157"/>
    <w:rsid w:val="007B791C"/>
    <w:rsid w:val="007D20C9"/>
    <w:rsid w:val="007F6B87"/>
    <w:rsid w:val="008040C8"/>
    <w:rsid w:val="008A2227"/>
    <w:rsid w:val="008D7B9B"/>
    <w:rsid w:val="008E170A"/>
    <w:rsid w:val="008E29FE"/>
    <w:rsid w:val="008E6238"/>
    <w:rsid w:val="00907833"/>
    <w:rsid w:val="00A35855"/>
    <w:rsid w:val="00A80745"/>
    <w:rsid w:val="00A95D7B"/>
    <w:rsid w:val="00AA1D8D"/>
    <w:rsid w:val="00AB128D"/>
    <w:rsid w:val="00AE3305"/>
    <w:rsid w:val="00AE641F"/>
    <w:rsid w:val="00B0767C"/>
    <w:rsid w:val="00B47730"/>
    <w:rsid w:val="00C14C86"/>
    <w:rsid w:val="00C3110B"/>
    <w:rsid w:val="00C411B6"/>
    <w:rsid w:val="00C80726"/>
    <w:rsid w:val="00C81B4C"/>
    <w:rsid w:val="00CA66F4"/>
    <w:rsid w:val="00CB0664"/>
    <w:rsid w:val="00D20FB7"/>
    <w:rsid w:val="00D7473B"/>
    <w:rsid w:val="00DB40A1"/>
    <w:rsid w:val="00DC59C2"/>
    <w:rsid w:val="00DF283A"/>
    <w:rsid w:val="00EC564C"/>
    <w:rsid w:val="00F3571A"/>
    <w:rsid w:val="00F37380"/>
    <w:rsid w:val="00F81594"/>
    <w:rsid w:val="00F82D05"/>
    <w:rsid w:val="00FA31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DD13F"/>
  <w14:defaultImageDpi w14:val="300"/>
  <w15:docId w15:val="{B92BCC2D-D35D-FD49-9C73-9603B4DF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00" w:line="240" w:lineRule="auto"/>
    </w:pPr>
    <w:rPr>
      <w:rFonts w:ascii="Aptos" w:hAnsi="Aptos"/>
      <w:sz w:val="19"/>
    </w:rPr>
  </w:style>
  <w:style w:type="paragraph" w:styleId="Kop1">
    <w:name w:val="heading 1"/>
    <w:basedOn w:val="Standaard"/>
    <w:next w:val="Standaard"/>
    <w:link w:val="Kop1Char"/>
    <w:uiPriority w:val="9"/>
    <w:qFormat/>
    <w:rsid w:val="00FC693F"/>
    <w:pPr>
      <w:keepNext/>
      <w:keepLines/>
      <w:spacing w:before="160" w:after="60"/>
      <w:outlineLvl w:val="0"/>
    </w:pPr>
    <w:rPr>
      <w:rFonts w:asciiTheme="majorHAnsi" w:eastAsiaTheme="majorEastAsia" w:hAnsiTheme="majorHAnsi" w:cstheme="majorBidi"/>
      <w:b/>
      <w:bCs/>
      <w:color w:val="365F91" w:themeColor="accent1" w:themeShade="BF"/>
      <w:sz w:val="23"/>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140"/>
      <w:contextualSpacing/>
    </w:pPr>
    <w:rPr>
      <w:rFonts w:asciiTheme="majorHAnsi" w:eastAsiaTheme="majorEastAsia" w:hAnsiTheme="majorHAnsi" w:cstheme="majorBidi"/>
      <w:b/>
      <w:color w:val="17365D" w:themeColor="text2" w:themeShade="BF"/>
      <w:spacing w:val="5"/>
      <w:kern w:val="28"/>
      <w:sz w:val="33"/>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Standaard"/>
    <w:rsid w:val="007B791C"/>
    <w:pPr>
      <w:spacing w:before="100" w:beforeAutospacing="1" w:afterAutospacing="1"/>
    </w:pPr>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unhideWhenUsed/>
    <w:rsid w:val="006C091F"/>
    <w:rPr>
      <w:color w:val="0000FF" w:themeColor="hyperlink"/>
      <w:u w:val="single"/>
    </w:rPr>
  </w:style>
  <w:style w:type="paragraph" w:styleId="Revisie">
    <w:name w:val="Revision"/>
    <w:hidden/>
    <w:uiPriority w:val="99"/>
    <w:semiHidden/>
    <w:rsid w:val="00623BB4"/>
    <w:pPr>
      <w:spacing w:after="0" w:line="240" w:lineRule="auto"/>
    </w:pPr>
    <w:rPr>
      <w:rFonts w:ascii="Aptos" w:hAnsi="Aptos"/>
      <w:sz w:val="19"/>
    </w:rPr>
  </w:style>
  <w:style w:type="character" w:styleId="Verwijzingopmerking">
    <w:name w:val="annotation reference"/>
    <w:basedOn w:val="Standaardalinea-lettertype"/>
    <w:uiPriority w:val="99"/>
    <w:semiHidden/>
    <w:unhideWhenUsed/>
    <w:rsid w:val="00FA312D"/>
    <w:rPr>
      <w:sz w:val="16"/>
      <w:szCs w:val="16"/>
    </w:rPr>
  </w:style>
  <w:style w:type="paragraph" w:styleId="Tekstopmerking">
    <w:name w:val="annotation text"/>
    <w:basedOn w:val="Standaard"/>
    <w:link w:val="TekstopmerkingChar"/>
    <w:uiPriority w:val="99"/>
    <w:unhideWhenUsed/>
    <w:rsid w:val="00FA312D"/>
    <w:rPr>
      <w:sz w:val="20"/>
      <w:szCs w:val="20"/>
    </w:rPr>
  </w:style>
  <w:style w:type="character" w:customStyle="1" w:styleId="TekstopmerkingChar">
    <w:name w:val="Tekst opmerking Char"/>
    <w:basedOn w:val="Standaardalinea-lettertype"/>
    <w:link w:val="Tekstopmerking"/>
    <w:uiPriority w:val="99"/>
    <w:rsid w:val="00FA312D"/>
    <w:rPr>
      <w:rFonts w:ascii="Aptos" w:hAnsi="Aptos"/>
      <w:sz w:val="20"/>
      <w:szCs w:val="20"/>
    </w:rPr>
  </w:style>
  <w:style w:type="paragraph" w:styleId="Onderwerpvanopmerking">
    <w:name w:val="annotation subject"/>
    <w:basedOn w:val="Tekstopmerking"/>
    <w:next w:val="Tekstopmerking"/>
    <w:link w:val="OnderwerpvanopmerkingChar"/>
    <w:uiPriority w:val="99"/>
    <w:semiHidden/>
    <w:unhideWhenUsed/>
    <w:rsid w:val="00FA312D"/>
    <w:rPr>
      <w:b/>
      <w:bCs/>
    </w:rPr>
  </w:style>
  <w:style w:type="character" w:customStyle="1" w:styleId="OnderwerpvanopmerkingChar">
    <w:name w:val="Onderwerp van opmerking Char"/>
    <w:basedOn w:val="TekstopmerkingChar"/>
    <w:link w:val="Onderwerpvanopmerking"/>
    <w:uiPriority w:val="99"/>
    <w:semiHidden/>
    <w:rsid w:val="00FA312D"/>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urzamehuizenroute.nl/aanmeld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duurzamehuizenrout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3071</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Persbericht Nationale Duurzame Huizen Route 2026</vt:lpstr>
      <vt:lpstr/>
    </vt:vector>
  </TitlesOfParts>
  <Manager/>
  <Company/>
  <LinksUpToDate>false</LinksUpToDate>
  <CharactersWithSpaces>3602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Nationale Duurzame Huizen Route 2026</dc:title>
  <dc:subject>Werving huiseigenaren voor de Open Dagen 2026</dc:subject>
  <dc:creator>Nationale Duurzame Huizen Route</dc:creator>
  <cp:keywords/>
  <dc:description>generated by python-docx</dc:description>
  <cp:lastModifiedBy>Lena Sukhovetska</cp:lastModifiedBy>
  <cp:revision>2</cp:revision>
  <dcterms:created xsi:type="dcterms:W3CDTF">2026-09-01T11:26:00Z</dcterms:created>
  <dcterms:modified xsi:type="dcterms:W3CDTF">2026-09-01T11:26:00Z</dcterms:modified>
  <cp:category/>
</cp:coreProperties>
</file>