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D7DE4" w14:textId="77777777" w:rsidR="0010218D" w:rsidRDefault="0010218D">
      <w:pPr>
        <w:spacing w:after="80"/>
        <w:rPr>
          <w:b/>
          <w:color w:val="F47321"/>
          <w:sz w:val="36"/>
          <w:szCs w:val="28"/>
          <w:lang w:val="nl-NL"/>
        </w:rPr>
      </w:pPr>
    </w:p>
    <w:p>
      <w:pPr>
        <w:spacing w:after="80"/>
        <w:rPr>
          <w:lang w:val="nl-NL"/>
        </w:rPr>
      </w:pPr>
      <w:r>
        <w:rPr>
          <w:b/>
          <w:color w:val="F47321"/>
          <w:sz w:val="36"/>
          <w:szCs w:val="28"/>
          <w:lang w:val="nl-NL"/>
        </w:rPr>
        <w:t xml:space="preserve">Nationale Duurzame Huizen Route – voorbeeldteksten</w:t>
      </w:r>
    </w:p>
    <w:p>
      <w:pPr>
        <w:spacing w:after="160"/>
        <w:rPr>
          <w:lang w:val="nl-NL"/>
        </w:rPr>
      </w:pPr>
      <w:r>
        <w:rPr>
          <w:b/>
          <w:lang w:val="nl-NL"/>
        </w:rPr>
        <w:t xml:space="preserve">Werving bezoekers · open dagen op zaterdag 31 oktober en zaterdag 7 november 2026</w:t>
      </w:r>
    </w:p>
    <w:p>
      <w:pPr>
        <w:spacing w:after="160"/>
        <w:rPr>
          <w:lang w:val="nl-NL"/>
        </w:rPr>
      </w:pPr>
      <w:r>
        <w:rPr>
          <w:color w:val="808080"/>
          <w:sz w:val="20"/>
          <w:lang w:val="nl-NL"/>
        </w:rPr>
        <w:t xml:space="preserve">Deze teksten zijn beschikbaar om te gebruiken in je nieuwsbrief, sociale media, website, agenda, flyer of andere communicatie-uitingen. Een bijpassende afbeelding download je via </w:t>
      </w:r>
      <w:r>
        <w:rPr>
          <w:color w:val="808080"/>
          <w:sz w:val="20"/>
          <w:lang w:val="nl-NL"/>
        </w:rPr>
        <w:t xml:space="preserve">www.duurzamehuizenroute.nl/pers</w:t>
      </w:r>
      <w:r>
        <w:rPr>
          <w:color w:val="808080"/>
          <w:sz w:val="20"/>
          <w:lang w:val="nl-NL"/>
        </w:rPr>
        <w:t xml:space="preserve">. Je kunt de teksten overnemen zoals ze hier staan, of ze aanpassen aan je eigen toon. Houd de link en de datums wel gelijk, zodat bezoekers op de juiste pagina terechtkomen.</w:t>
      </w:r>
    </w:p>
    <w:p>
      <w:pPr>
        <w:pBdr>
          <w:bottom w:val="single" w:sz="6" w:space="1" w:color="AEAAAA"/>
        </w:pBdr>
      </w:pPr>
    </w:p>
    <w:p>
      <w:pPr>
        <w:spacing w:before="280" w:after="60"/>
        <w:rPr>
          <w:lang w:val="nl-NL"/>
        </w:rPr>
      </w:pPr>
      <w:r>
        <w:rPr>
          <w:b/>
          <w:color w:val="F47321"/>
          <w:sz w:val="28"/>
          <w:lang w:val="nl-NL"/>
        </w:rPr>
        <w:t xml:space="preserve">Tekst kort</w:t>
      </w:r>
    </w:p>
    <w:p>
      <w:pPr>
        <w:spacing w:after="40"/>
        <w:rPr>
          <w:lang w:val="nl-NL"/>
        </w:rPr>
      </w:pPr>
      <w:r>
        <w:rPr>
          <w:color w:val="AEAAAA"/>
          <w:lang w:val="nl-NL"/>
        </w:rPr>
        <w:t xml:space="preserve">Bezoekers</w:t>
      </w:r>
    </w:p>
    <w:p>
      <w:pPr>
        <w:spacing w:after="80"/>
        <w:rPr>
          <w:lang w:val="nl-NL"/>
        </w:rPr>
      </w:pPr>
      <w:r>
        <w:rPr>
          <w:b/>
          <w:sz w:val="24"/>
          <w:lang w:val="nl-NL"/>
        </w:rPr>
        <w:t xml:space="preserve">Kijk binnen tijdens de open dagen</w:t>
      </w:r>
    </w:p>
    <w:p>
      <w:pPr>
        <w:spacing w:after="160"/>
        <w:rPr>
          <w:lang w:val="nl-NL"/>
        </w:rPr>
      </w:pPr>
      <w:r>
        <w:rPr>
          <w:lang w:val="nl-NL"/>
        </w:rPr>
        <w:t xml:space="preserve">Benieuwd hoe anderen hun huis hebben aangepakt? Op zaterdag 31 oktober en 7 november openen huiseigenaren in heel Nederland hun deuren tijdens de open dagen van de Nationale Duurzame Huizen Route. Binnenkijken is gratis; je schrijft je vooraf in via </w:t>
      </w:r>
      <w:hyperlink r:id="rId101" w:history="1">
        <w:r>
          <w:rPr>
            <w:rStyle w:val="Hyperlink"/>
            <w:lang w:val="nl-NL"/>
          </w:rPr>
          <w:t>duurzamehuizenroute.nl/open-dagen</w:t>
        </w:r>
      </w:hyperlink>
      <w:r>
        <w:rPr>
          <w:lang w:val="nl-NL"/>
        </w:rPr>
        <w:t xml:space="preserve">.</w:t>
      </w:r>
    </w:p>
    <w:p>
      <w:pPr>
        <w:spacing w:before="280" w:after="60"/>
        <w:rPr>
          <w:lang w:val="nl-NL"/>
        </w:rPr>
      </w:pPr>
      <w:r>
        <w:rPr>
          <w:b/>
          <w:color w:val="F47321"/>
          <w:sz w:val="28"/>
          <w:lang w:val="nl-NL"/>
        </w:rPr>
        <w:t xml:space="preserve">Tekst middellang</w:t>
      </w:r>
    </w:p>
    <w:p>
      <w:pPr>
        <w:spacing w:after="40"/>
        <w:rPr>
          <w:lang w:val="nl-NL"/>
        </w:rPr>
      </w:pPr>
      <w:r>
        <w:rPr>
          <w:color w:val="AEAAAA"/>
          <w:lang w:val="nl-NL"/>
        </w:rPr>
        <w:t xml:space="preserve">Bezoekers</w:t>
      </w:r>
    </w:p>
    <w:p>
      <w:pPr>
        <w:spacing w:after="80"/>
        <w:rPr>
          <w:lang w:val="nl-NL"/>
        </w:rPr>
      </w:pPr>
      <w:r>
        <w:rPr>
          <w:b/>
          <w:sz w:val="24"/>
          <w:lang w:val="nl-NL"/>
        </w:rPr>
        <w:t xml:space="preserve">Kijk binnen tijdens de open dagen</w:t>
      </w:r>
    </w:p>
    <w:p>
      <w:pPr>
        <w:spacing w:after="160"/>
        <w:rPr>
          <w:lang w:val="nl-NL"/>
        </w:rPr>
      </w:pPr>
      <w:r>
        <w:rPr>
          <w:lang w:val="nl-NL"/>
        </w:rPr>
        <w:t xml:space="preserve">Op zaterdag 31 oktober en 7 november openen huiseigenaren in heel Nederland hun deuren tijdens de open dagen van de Nationale Duurzame Huizen Route. Je kunt gratis binnenkijken, vragen stellen en horen hoe maatregelen als isolatie, ventilatie, lagetemperatuurverwarming, zonnepanelen of een thuisaccu in de praktijk bevallen.</w:t>
      </w:r>
    </w:p>
    <w:p>
      <w:pPr>
        <w:spacing w:after="160"/>
        <w:rPr>
          <w:lang w:val="nl-NL"/>
        </w:rPr>
      </w:pPr>
      <w:r>
        <w:rPr>
          <w:lang w:val="nl-NL"/>
        </w:rPr>
        <w:t xml:space="preserve">Er doen allerlei soorten woningen mee: van appartement en tussenwoning tot vrijstaand huis en boerderij. Je schrijft je vooraf in bij een woning, zodat de bewoners weten hoeveel mensen zij kunnen verwachten. Bekijk welke woningen meedoen en meld je aan via </w:t>
      </w:r>
      <w:hyperlink r:id="rId102" w:history="1">
        <w:r>
          <w:rPr>
            <w:rStyle w:val="Hyperlink"/>
            <w:lang w:val="nl-NL"/>
          </w:rPr>
          <w:t>duurzamehuizenroute.nl/open-dagen</w:t>
        </w:r>
      </w:hyperlink>
      <w:r>
        <w:rPr>
          <w:lang w:val="nl-NL"/>
        </w:rPr>
        <w:t xml:space="preserve">.</w:t>
      </w:r>
    </w:p>
    <w:p>
      <w:pPr>
        <w:spacing w:before="280" w:after="60"/>
        <w:rPr>
          <w:lang w:val="nl-NL"/>
        </w:rPr>
      </w:pPr>
      <w:r>
        <w:rPr>
          <w:b/>
          <w:color w:val="F47321"/>
          <w:sz w:val="28"/>
          <w:lang w:val="nl-NL"/>
        </w:rPr>
        <w:t xml:space="preserve">Tekst lang</w:t>
      </w:r>
    </w:p>
    <w:p>
      <w:pPr>
        <w:spacing w:after="40"/>
        <w:rPr>
          <w:lang w:val="nl-NL"/>
        </w:rPr>
      </w:pPr>
      <w:r>
        <w:rPr>
          <w:color w:val="AEAAAA"/>
          <w:lang w:val="nl-NL"/>
        </w:rPr>
        <w:t xml:space="preserve">Bezoekers</w:t>
      </w:r>
    </w:p>
    <w:p>
      <w:pPr>
        <w:spacing w:after="80"/>
        <w:rPr>
          <w:lang w:val="nl-NL"/>
        </w:rPr>
      </w:pPr>
      <w:r>
        <w:rPr>
          <w:b/>
          <w:sz w:val="24"/>
          <w:lang w:val="nl-NL"/>
        </w:rPr>
        <w:t xml:space="preserve">Nieuwsgierig hoe andere huiseigenaren het hebben aangepakt? Kom binnen, de koffie staat klaar</w:t>
      </w:r>
    </w:p>
    <w:p>
      <w:pPr>
        <w:spacing w:after="160"/>
        <w:rPr>
          <w:lang w:val="nl-NL"/>
        </w:rPr>
      </w:pPr>
      <w:r>
        <w:rPr>
          <w:lang w:val="nl-NL"/>
        </w:rPr>
        <w:t xml:space="preserve">Op zaterdag 31 oktober en zaterdag 7 november zetten huiseigenaren in heel Nederland de koffie klaar en de voordeur open. Tijdens de open dagen van de Nationale Duurzame Huizen Route laten zij zien wat ze aan hun huis hebben gedaan en vertellen ze er graag over: wat het kostte, hoe de klus ging en wat ze een volgende keer anders zouden doen.</w:t>
      </w:r>
    </w:p>
    <w:p>
      <w:pPr>
        <w:spacing w:before="200" w:after="60"/>
        <w:rPr>
          <w:lang w:val="nl-NL"/>
        </w:rPr>
      </w:pPr>
      <w:r>
        <w:rPr>
          <w:b/>
          <w:lang w:val="nl-NL"/>
        </w:rPr>
        <w:t xml:space="preserve">Even binnenkijken</w:t>
      </w:r>
    </w:p>
    <w:p>
      <w:pPr>
        <w:spacing w:after="160"/>
        <w:rPr>
          <w:lang w:val="nl-NL"/>
        </w:rPr>
      </w:pPr>
      <w:r>
        <w:rPr>
          <w:lang w:val="nl-NL"/>
        </w:rPr>
        <w:t xml:space="preserve">Wie zijn huis warmer, energiezuiniger of comfortabeler wil maken, heeft vaak een hoofd vol vragen. Wat kostte het? Hoelang lag de boel op z’n kop? En zou je het weer zo doen? Op internet is veel informatie te vinden, maar soms helpt het vooral om gewoon bij iemand binnen te kijken.</w:t>
      </w:r>
    </w:p>
    <w:p>
      <w:pPr>
        <w:spacing w:after="160"/>
        <w:rPr>
          <w:lang w:val="nl-NL"/>
        </w:rPr>
      </w:pPr>
      <w:r>
        <w:rPr>
          <w:lang w:val="nl-NL"/>
        </w:rPr>
        <w:t xml:space="preserve">Tijdens de open dagen kan dat volop. Een bewoner die laat zien hoe de vloer is geïsoleerd. Een zolder waar je zelf kunt ervaren wat dakisolatie doet. Of iemand die vertelt hoe de warmtepomp, ventilatie of thuisaccu in het dagelijks gebruik bevalt. Geen verkoopverhaal, maar een persoonlijk verhaal van iemand die het zelf heeft gedaan.</w:t>
      </w:r>
    </w:p>
    <w:p>
      <w:pPr>
        <w:spacing w:after="160"/>
        <w:rPr>
          <w:lang w:val="nl-NL"/>
        </w:rPr>
      </w:pPr>
      <w:r>
        <w:rPr>
          <w:lang w:val="nl-NL"/>
        </w:rPr>
        <w:t xml:space="preserve">Martin bezocht vorig jaar twee huizen bij hem in de buurt: “Ik vond het best spannend om bij onbekende mensen naar binnen te lopen, maar dat was zo over. In een uur tijd heb ik meer geleerd dan in weken zoeken op internet.”</w:t>
      </w:r>
    </w:p>
    <w:p>
      <w:pPr>
        <w:spacing w:before="200" w:after="60"/>
        <w:rPr>
          <w:lang w:val="nl-NL"/>
        </w:rPr>
      </w:pPr>
      <w:r>
        <w:rPr>
          <w:b/>
          <w:lang w:val="nl-NL"/>
        </w:rPr>
        <w:t xml:space="preserve">Van tussenwoning tot boerderij</w:t>
      </w:r>
    </w:p>
    <w:p>
      <w:pPr>
        <w:spacing w:after="160"/>
        <w:rPr>
          <w:lang w:val="nl-NL"/>
        </w:rPr>
      </w:pPr>
      <w:r>
        <w:rPr>
          <w:lang w:val="nl-NL"/>
        </w:rPr>
        <w:t xml:space="preserve">Wat er te zien is, verschilt per huis. De een heeft de vloer en het dak laten isoleren, de ander koos voor een warmtepomp of betere ventilatie en soms is een woning veel uitgebreider aangepakt.</w:t>
      </w:r>
    </w:p>
    <w:p>
      <w:pPr>
        <w:spacing w:after="160"/>
        <w:rPr>
          <w:lang w:val="nl-NL"/>
        </w:rPr>
      </w:pPr>
      <w:r>
        <w:rPr>
          <w:lang w:val="nl-NL"/>
        </w:rPr>
        <w:t xml:space="preserve">Er doen verschillende soorten woningen mee: van appartement en tussenwoning tot vrijstaand huis en boerderij. Juist daardoor is er vaak een woning te vinden die lijkt op je eigen huis. Je hoeft vooraf niet precies te weten wat je wilt. Veel bezoekers komen juist om ideeën op te doen en te ontdekken welke maatregelen bij hun woning passen.</w:t>
      </w:r>
    </w:p>
    <w:p>
      <w:pPr>
        <w:spacing w:before="200" w:after="60"/>
        <w:rPr>
          <w:lang w:val="nl-NL"/>
        </w:rPr>
      </w:pPr>
      <w:r>
        <w:rPr>
          <w:b/>
          <w:lang w:val="nl-NL"/>
        </w:rPr>
        <w:t xml:space="preserve">Gratis, wel even aanmelden</w:t>
      </w:r>
    </w:p>
    <w:p>
      <w:pPr>
        <w:spacing w:after="160"/>
        <w:rPr>
          <w:lang w:val="nl-NL"/>
        </w:rPr>
      </w:pPr>
      <w:r>
        <w:rPr>
          <w:lang w:val="nl-NL"/>
        </w:rPr>
        <w:t xml:space="preserve">Een bezoek kost niets. Aanmelden per woning is wel nodig, zodat de bewoners weten hoeveel mensen ze kunnen verwachten. Op de kaart op de website zie je welke woningen bij jou in de buurt open zijn en kies je een tijdstip dat past. Op één zaterdag meerdere woningen bezoeken kan ook. Zo kun je op één dag verschillende oplossingen vergelijken.</w:t>
      </w:r>
    </w:p>
    <w:p>
      <w:pPr>
        <w:spacing w:after="160"/>
        <w:rPr>
          <w:lang w:val="nl-NL"/>
        </w:rPr>
      </w:pPr>
      <w:r>
        <w:rPr>
          <w:lang w:val="nl-NL"/>
        </w:rPr>
        <w:t xml:space="preserve">Bekijk alle open huizen en meld je aan via </w:t>
      </w:r>
      <w:hyperlink r:id="rId103" w:history="1">
        <w:r>
          <w:rPr>
            <w:rStyle w:val="Hyperlink"/>
            <w:lang w:val="nl-NL"/>
          </w:rPr>
          <w:t>duurzamehuizenroute.nl/open-dagen</w:t>
        </w:r>
      </w:hyperlink>
      <w:r>
        <w:rPr>
          <w:lang w:val="nl-NL"/>
        </w:rPr>
        <w:t xml:space="preserve">.</w:t>
      </w:r>
    </w:p>
    <w:p>
      <w:pPr>
        <w:spacing w:after="160"/>
        <w:rPr>
          <w:lang w:val="nl-NL"/>
        </w:rPr>
      </w:pPr>
      <w:r>
        <w:rPr>
          <w:lang w:val="nl-NL"/>
        </w:rPr>
        <w:t xml:space="preserve">Dit jaar worden de open dagen voor de veertiende keer georganiseerd. Vorig jaar deden bijna 400 woningen mee en ieder jaar doen duizenden bezoekers ideeën op voor hun eigen huis. Het initiatief wordt ondersteund door het Ministerie van Binnenlandse Zaken, de provincie Gelderland en meer dan 100 Nederlandse gemeenten.</w:t>
      </w:r>
    </w:p>
    <w:p>
      <w:pPr>
        <w:spacing w:before="280" w:after="60"/>
        <w:rPr>
          <w:lang w:val="nl-NL"/>
        </w:rPr>
      </w:pPr>
      <w:r>
        <w:rPr>
          <w:b/>
          <w:color w:val="F47321"/>
          <w:sz w:val="28"/>
          <w:lang w:val="nl-NL"/>
        </w:rPr>
        <w:t xml:space="preserve">Agendapunt</w:t>
      </w:r>
    </w:p>
    <w:p>
      <w:pPr>
        <w:spacing w:after="160"/>
        <w:rPr>
          <w:lang w:val="nl-NL"/>
        </w:rPr>
      </w:pPr>
      <w:r>
        <w:rPr>
          <w:lang w:val="nl-NL"/>
        </w:rPr>
        <w:t xml:space="preserve">31 oktober en 7 november 2026 – open dagen Nationale Duurzame Huizen Route</w:t>
      </w:r>
    </w:p>
    <w:p>
      <w:pPr>
        <w:spacing w:after="160"/>
        <w:rPr>
          <w:lang w:val="nl-NL"/>
        </w:rPr>
      </w:pPr>
      <w:r>
        <w:rPr>
          <w:lang w:val="nl-NL"/>
        </w:rPr>
        <w:t xml:space="preserve">Kijk binnen bij huiseigenaren die hun woning hebben aangepakt. Zie isolatie, ventilatie, warmtepompen en zonnepanelen in de praktijk en vraag bewoners hoe het bevalt. Een bezoek is gratis, aanmelden kan via </w:t>
      </w:r>
      <w:hyperlink r:id="rId104" w:history="1">
        <w:r>
          <w:rPr>
            <w:rStyle w:val="Hyperlink"/>
            <w:lang w:val="nl-NL"/>
          </w:rPr>
          <w:t>duurzamehuizenroute.nl/open-dagen</w:t>
        </w:r>
      </w:hyperlink>
      <w:r>
        <w:rPr>
          <w:lang w:val="nl-NL"/>
        </w:rPr>
        <w:t xml:space="preserve">.</w:t>
      </w:r>
    </w:p>
    <w:p>
      <w:pPr>
        <w:pBdr>
          <w:bottom w:val="single" w:sz="6" w:space="1" w:color="AEAAAA"/>
        </w:pBdr>
      </w:pPr>
    </w:p>
    <w:p>
      <w:pPr>
        <w:spacing w:before="280" w:after="60"/>
        <w:rPr>
          <w:lang w:val="nl-NL"/>
        </w:rPr>
      </w:pPr>
      <w:r>
        <w:rPr>
          <w:b/>
          <w:color w:val="F47321"/>
          <w:sz w:val="28"/>
          <w:lang w:val="nl-NL"/>
        </w:rPr>
        <w:t xml:space="preserve">Sociale mediaberichten</w:t>
      </w:r>
    </w:p>
    <w:p>
      <w:pPr>
        <w:spacing w:after="160"/>
        <w:rPr>
          <w:lang w:val="nl-NL"/>
        </w:rPr>
      </w:pPr>
      <w:r>
        <w:rPr>
          <w:lang w:val="nl-NL"/>
        </w:rPr>
        <w:t xml:space="preserve">Hieronder staan korte, uitnodigende teksten voor sociale media. We raden aan om deze berichten mee te nemen in je planning en te verspreiden in de weken vóór de open dagen. De lange tekst is bedoeld voor Facebook, Instagram en LinkedIn, de korte tekst voor Threads. Tag de Nationale Duurzame Huizen Route in je berichten:</w:t>
      </w:r>
    </w:p>
    <w:p>
      <w:pPr>
        <w:pStyle w:val="Lijstopsomteken"/>
      </w:pPr>
      <w:r>
        <w:rPr>
          <w:lang w:val="nl-NL"/>
        </w:rPr>
        <w:t xml:space="preserve">Instagram: @nationaleduurzamehuizenroute</w:t>
      </w:r>
    </w:p>
    <w:p>
      <w:pPr>
        <w:pStyle w:val="Lijstopsomteken"/>
      </w:pPr>
      <w:r>
        <w:rPr>
          <w:lang w:val="nl-NL"/>
        </w:rPr>
        <w:t xml:space="preserve">Facebook: @nationaleduurzamehuizenroute</w:t>
      </w:r>
    </w:p>
    <w:p>
      <w:pPr>
        <w:pStyle w:val="Lijstopsomteken"/>
      </w:pPr>
      <w:r>
        <w:rPr>
          <w:lang w:val="nl-NL"/>
        </w:rPr>
        <w:t xml:space="preserve">Threads: @nationaleduurzamehuizenroute</w:t>
      </w:r>
    </w:p>
    <w:p>
      <w:pPr>
        <w:pStyle w:val="Lijstopsomteken"/>
      </w:pPr>
      <w:r>
        <w:rPr>
          <w:lang w:val="nl-NL"/>
        </w:rPr>
        <w:t xml:space="preserve">LinkedIn: Nationale Duurzame Huizen Route</w:t>
      </w:r>
    </w:p>
    <w:p>
      <w:pPr>
        <w:spacing w:before="200" w:after="80"/>
        <w:rPr>
          <w:lang w:val="nl-NL"/>
        </w:rPr>
      </w:pPr>
      <w:r>
        <w:rPr>
          <w:b/>
          <w:sz w:val="24"/>
          <w:lang w:val="nl-NL"/>
        </w:rPr>
        <w:t xml:space="preserve">Bericht 1 – Algemene aankondiging</w:t>
      </w:r>
    </w:p>
    <w:p>
      <w:pPr>
        <w:spacing w:after="40"/>
        <w:rPr>
          <w:lang w:val="nl-NL"/>
        </w:rPr>
      </w:pPr>
      <w:r>
        <w:rPr>
          <w:color w:val="AEAAAA"/>
          <w:lang w:val="nl-NL"/>
        </w:rPr>
        <w:t xml:space="preserve">Lange tekst</w:t>
      </w:r>
    </w:p>
    <w:p>
      <w:pPr>
        <w:spacing w:after="160"/>
        <w:rPr>
          <w:lang w:val="nl-NL"/>
        </w:rPr>
      </w:pPr>
      <w:r>
        <w:rPr>
          <w:lang w:val="nl-NL"/>
        </w:rPr>
        <w:t xml:space="preserve">Nieuwsgierig hoe andere huiseigenaren hun huis hebben aangepakt?</w:t>
      </w:r>
    </w:p>
    <w:p>
      <w:pPr>
        <w:spacing w:after="160"/>
        <w:rPr>
          <w:lang w:val="nl-NL"/>
        </w:rPr>
      </w:pPr>
      <w:r>
        <w:rPr>
          <w:lang w:val="nl-NL"/>
        </w:rPr>
        <w:t xml:space="preserve">Op zaterdag 31 oktober en 7 november openen huiseigenaren in heel Nederland hun deuren tijdens de open dagen van de Nationale Duurzame Huizen Route. Bekijk bijvoorbeeld isolatie, ventilatie, een warmtepomp, zonnepanelen of een thuisaccu en vraag bewoners hoe hun keuzes bevallen.</w:t>
      </w:r>
    </w:p>
    <w:p>
      <w:pPr>
        <w:spacing w:after="160"/>
        <w:rPr>
          <w:lang w:val="nl-NL"/>
        </w:rPr>
      </w:pPr>
      <w:r>
        <w:rPr>
          <w:lang w:val="nl-NL"/>
        </w:rPr>
        <w:t xml:space="preserve">Een bezoek is gratis. Je schrijft je vooraf in, zodat de bewoners weten wie er langskomt. En met een kop koffie erbij ontstaan vaak vanzelf leuke gesprekken.</w:t>
      </w:r>
    </w:p>
    <w:p>
      <w:pPr>
        <w:spacing w:after="160"/>
        <w:rPr>
          <w:lang w:val="nl-NL"/>
        </w:rPr>
      </w:pPr>
      <w:r>
        <w:rPr>
          <w:lang w:val="nl-NL"/>
        </w:rPr>
        <w:t xml:space="preserve">Bekijk de open woningen bij jou in de buurt en meld je aan via </w:t>
      </w:r>
      <w:hyperlink r:id="rId105" w:history="1">
        <w:r>
          <w:rPr>
            <w:rStyle w:val="Hyperlink"/>
            <w:lang w:val="nl-NL"/>
          </w:rPr>
          <w:t>duurzamehuizenroute.nl/open-dagen</w:t>
        </w:r>
      </w:hyperlink>
      <w:r>
        <w:rPr>
          <w:lang w:val="nl-NL"/>
        </w:rPr>
        <w:t xml:space="preserve">.</w:t>
      </w:r>
    </w:p>
    <w:p>
      <w:pPr>
        <w:spacing w:after="40"/>
        <w:rPr>
          <w:lang w:val="nl-NL"/>
        </w:rPr>
      </w:pPr>
      <w:r>
        <w:rPr>
          <w:color w:val="AEAAAA"/>
          <w:lang w:val="nl-NL"/>
        </w:rPr>
        <w:t xml:space="preserve">Korte tekst</w:t>
      </w:r>
    </w:p>
    <w:p>
      <w:pPr>
        <w:spacing w:after="160"/>
        <w:rPr>
          <w:lang w:val="nl-NL"/>
        </w:rPr>
      </w:pPr>
      <w:r>
        <w:rPr>
          <w:lang w:val="nl-NL"/>
        </w:rPr>
        <w:t xml:space="preserve">Nieuwsgierig hoe andere huiseigenaren hun huis hebben aangepakt? Op 31 okt &amp; 7 nov openen zij hun deuren tijdens de open dagen van de Nationale Duurzame Huizen Route. Een bezoek is gratis, je schrijft je vooraf in. Meld je aan via </w:t>
      </w:r>
      <w:hyperlink r:id="rId106" w:history="1">
        <w:r>
          <w:rPr>
            <w:rStyle w:val="Hyperlink"/>
            <w:lang w:val="nl-NL"/>
          </w:rPr>
          <w:t>duurzamehuizenroute.nl/open-dagen</w:t>
        </w:r>
      </w:hyperlink>
      <w:r>
        <w:rPr>
          <w:lang w:val="nl-NL"/>
        </w:rPr>
        <w:t xml:space="preserve">.</w:t>
      </w:r>
    </w:p>
    <w:p>
      <w:pPr>
        <w:spacing w:before="200" w:after="80"/>
        <w:rPr>
          <w:lang w:val="nl-NL"/>
        </w:rPr>
      </w:pPr>
      <w:r>
        <w:rPr>
          <w:b/>
          <w:sz w:val="24"/>
          <w:lang w:val="nl-NL"/>
        </w:rPr>
        <w:t xml:space="preserve">Bericht 2 – Woonverhalen blijven groeien</w:t>
      </w:r>
    </w:p>
    <w:p>
      <w:pPr>
        <w:spacing w:after="40"/>
        <w:rPr>
          <w:lang w:val="nl-NL"/>
        </w:rPr>
      </w:pPr>
      <w:r>
        <w:rPr>
          <w:color w:val="AEAAAA"/>
          <w:lang w:val="nl-NL"/>
        </w:rPr>
        <w:t xml:space="preserve">Lange tekst</w:t>
      </w:r>
    </w:p>
    <w:p>
      <w:pPr>
        <w:spacing w:after="160"/>
        <w:rPr>
          <w:lang w:val="nl-NL"/>
        </w:rPr>
      </w:pPr>
      <w:r>
        <w:rPr>
          <w:lang w:val="nl-NL"/>
        </w:rPr>
        <w:t xml:space="preserve">Van een jaren-30-woning met dakisolatie tot een huis met slim stroomgebruik en een thuisaccu: via de Nationale Duurzame Huizen Route zijn steeds meer verschillende woonverhalen te vinden.</w:t>
      </w:r>
    </w:p>
    <w:p>
      <w:pPr>
        <w:spacing w:after="160"/>
        <w:rPr>
          <w:lang w:val="nl-NL"/>
        </w:rPr>
      </w:pPr>
      <w:r>
        <w:rPr>
          <w:lang w:val="nl-NL"/>
        </w:rPr>
        <w:t xml:space="preserve">Tijdens de open dagen op 31 oktober en 7 november kun je bij deelnemende woningen binnenkijken, vragen stellen en zien wat er mogelijk is. En heb je zelf ervaring met een maatregel of een nieuwe techniek? Dan kun je ook jouw woning aanmelden.</w:t>
      </w:r>
    </w:p>
    <w:p>
      <w:pPr>
        <w:spacing w:after="160"/>
        <w:rPr>
          <w:lang w:val="nl-NL"/>
        </w:rPr>
      </w:pPr>
      <w:r>
        <w:rPr>
          <w:lang w:val="nl-NL"/>
        </w:rPr>
        <w:t xml:space="preserve">Zo groeit de route met nieuwe woningen, ervaringen en oplossingen.</w:t>
      </w:r>
    </w:p>
    <w:p>
      <w:pPr>
        <w:spacing w:after="160"/>
        <w:rPr>
          <w:lang w:val="nl-NL"/>
        </w:rPr>
      </w:pPr>
      <w:r>
        <w:rPr>
          <w:lang w:val="nl-NL"/>
        </w:rPr>
        <w:t xml:space="preserve">Kijk welke woningen meedoen of meld je eigen woning aan via </w:t>
      </w:r>
      <w:hyperlink r:id="rId107" w:history="1">
        <w:r>
          <w:rPr>
            <w:rStyle w:val="Hyperlink"/>
            <w:lang w:val="nl-NL"/>
          </w:rPr>
          <w:t>duurzamehuizenroute.nl</w:t>
        </w:r>
      </w:hyperlink>
      <w:r>
        <w:rPr>
          <w:lang w:val="nl-NL"/>
        </w:rPr>
        <w:t xml:space="preserve">.</w:t>
      </w:r>
    </w:p>
    <w:p>
      <w:pPr>
        <w:spacing w:after="40"/>
        <w:rPr>
          <w:lang w:val="nl-NL"/>
        </w:rPr>
      </w:pPr>
      <w:r>
        <w:rPr>
          <w:color w:val="AEAAAA"/>
          <w:lang w:val="nl-NL"/>
        </w:rPr>
        <w:t xml:space="preserve">Korte tekst</w:t>
      </w:r>
    </w:p>
    <w:p>
      <w:pPr>
        <w:spacing w:after="160"/>
        <w:rPr>
          <w:lang w:val="nl-NL"/>
        </w:rPr>
      </w:pPr>
      <w:r>
        <w:rPr>
          <w:lang w:val="nl-NL"/>
        </w:rPr>
        <w:t xml:space="preserve">Van een jaren-30-woning met dakisolatie tot een huis met PVT-panelen of een thuisaccu: via de Nationale Duurzame Huizen Route zijn steeds meer woonverhalen te vinden. Kijk binnen op 31 okt &amp; 7 nov. Meld je aan via </w:t>
      </w:r>
      <w:hyperlink r:id="rId108" w:history="1">
        <w:r>
          <w:rPr>
            <w:rStyle w:val="Hyperlink"/>
            <w:lang w:val="nl-NL"/>
          </w:rPr>
          <w:t>duurzamehuizenroute.nl/open-dagen</w:t>
        </w:r>
      </w:hyperlink>
      <w:r>
        <w:rPr>
          <w:lang w:val="nl-NL"/>
        </w:rPr>
        <w:t xml:space="preserve">.</w:t>
      </w:r>
    </w:p>
    <w:p>
      <w:pPr>
        <w:spacing w:before="200" w:after="80"/>
        <w:rPr>
          <w:lang w:val="nl-NL"/>
        </w:rPr>
      </w:pPr>
      <w:r>
        <w:rPr>
          <w:b/>
          <w:sz w:val="24"/>
          <w:lang w:val="nl-NL"/>
        </w:rPr>
        <w:t xml:space="preserve">Bericht 3 – Herinnering zaterdag 31 oktober</w:t>
      </w:r>
    </w:p>
    <w:p>
      <w:pPr>
        <w:spacing w:after="40"/>
        <w:rPr>
          <w:lang w:val="nl-NL"/>
        </w:rPr>
      </w:pPr>
      <w:r>
        <w:rPr>
          <w:color w:val="AEAAAA"/>
          <w:lang w:val="nl-NL"/>
        </w:rPr>
        <w:t xml:space="preserve">Lange tekst</w:t>
      </w:r>
    </w:p>
    <w:p>
      <w:pPr>
        <w:spacing w:after="160"/>
        <w:rPr>
          <w:lang w:val="nl-NL"/>
        </w:rPr>
      </w:pPr>
      <w:r>
        <w:rPr>
          <w:lang w:val="nl-NL"/>
        </w:rPr>
        <w:t xml:space="preserve">De verwarming staat weer aan en energiegebruik wordt weer een actueel onderwerp. Hoe hebben andere huiseigenaren hun huis warmer en comfortabeler gemaakt?</w:t>
      </w:r>
    </w:p>
    <w:p>
      <w:pPr>
        <w:spacing w:after="160"/>
        <w:rPr>
          <w:lang w:val="nl-NL"/>
        </w:rPr>
      </w:pPr>
      <w:r>
        <w:rPr>
          <w:lang w:val="nl-NL"/>
        </w:rPr>
        <w:t xml:space="preserve">Aanstaande zaterdag 31 oktober openen huiseigenaren in heel Nederland hun deuren tijdens de open dagen van de Nationale Duurzame Huizen Route.</w:t>
      </w:r>
    </w:p>
    <w:p>
      <w:pPr>
        <w:spacing w:after="160"/>
        <w:rPr>
          <w:lang w:val="nl-NL"/>
        </w:rPr>
      </w:pPr>
      <w:r>
        <w:rPr>
          <w:lang w:val="nl-NL"/>
        </w:rPr>
        <w:t xml:space="preserve">Bekijk bijvoorbeeld isolatie en ventilatie, ontdek hoe bewoners slim omgaan met stroom of vraag naar hun ervaringen met zonnepanelen en een thuisaccu. Gewoon bij mensen thuis, met ruimte voor al je vragen.</w:t>
      </w:r>
    </w:p>
    <w:p>
      <w:pPr>
        <w:spacing w:after="160"/>
        <w:rPr>
          <w:lang w:val="nl-NL"/>
        </w:rPr>
      </w:pPr>
      <w:r>
        <w:rPr>
          <w:lang w:val="nl-NL"/>
        </w:rPr>
        <w:t xml:space="preserve">Een bezoek is gratis. Bekijk de open woningen bij jou in de buurt en meld je aan via </w:t>
      </w:r>
      <w:hyperlink r:id="rId109" w:history="1">
        <w:r>
          <w:rPr>
            <w:rStyle w:val="Hyperlink"/>
            <w:lang w:val="nl-NL"/>
          </w:rPr>
          <w:t>duurzamehuizenroute.nl/open-dagen</w:t>
        </w:r>
      </w:hyperlink>
      <w:r>
        <w:rPr>
          <w:lang w:val="nl-NL"/>
        </w:rPr>
        <w:t xml:space="preserve">.</w:t>
      </w:r>
    </w:p>
    <w:p>
      <w:pPr>
        <w:spacing w:after="40"/>
        <w:rPr>
          <w:lang w:val="nl-NL"/>
        </w:rPr>
      </w:pPr>
      <w:r>
        <w:rPr>
          <w:color w:val="AEAAAA"/>
          <w:lang w:val="nl-NL"/>
        </w:rPr>
        <w:t xml:space="preserve">Korte tekst</w:t>
      </w:r>
    </w:p>
    <w:p>
      <w:pPr>
        <w:spacing w:after="160"/>
        <w:rPr>
          <w:lang w:val="nl-NL"/>
        </w:rPr>
      </w:pPr>
      <w:r>
        <w:rPr>
          <w:lang w:val="nl-NL"/>
        </w:rPr>
        <w:t xml:space="preserve">Aanstaande zaterdag 31 oktober openen huiseigenaren in heel Nederland hun deuren tijdens de open dagen van de Nationale Duurzame Huizen Route. Gratis binnenkijken en vragen stellen. Meld je aan via </w:t>
      </w:r>
      <w:hyperlink r:id="rId110" w:history="1">
        <w:r>
          <w:rPr>
            <w:rStyle w:val="Hyperlink"/>
            <w:lang w:val="nl-NL"/>
          </w:rPr>
          <w:t>duurzamehuizenroute.nl/open-dagen</w:t>
        </w:r>
      </w:hyperlink>
      <w:r>
        <w:rPr>
          <w:lang w:val="nl-NL"/>
        </w:rPr>
        <w:t xml:space="preserve">.</w:t>
      </w:r>
    </w:p>
    <w:p>
      <w:pPr>
        <w:spacing w:before="200" w:after="80"/>
        <w:rPr>
          <w:lang w:val="nl-NL"/>
        </w:rPr>
      </w:pPr>
      <w:r>
        <w:rPr>
          <w:b/>
          <w:sz w:val="24"/>
          <w:lang w:val="nl-NL"/>
        </w:rPr>
        <w:t xml:space="preserve">Bericht 4 – Herinnering zaterdag 7 november</w:t>
      </w:r>
    </w:p>
    <w:p>
      <w:pPr>
        <w:spacing w:after="40"/>
        <w:rPr>
          <w:lang w:val="nl-NL"/>
        </w:rPr>
      </w:pPr>
      <w:r>
        <w:rPr>
          <w:color w:val="AEAAAA"/>
          <w:lang w:val="nl-NL"/>
        </w:rPr>
        <w:t xml:space="preserve">Lange tekst</w:t>
      </w:r>
    </w:p>
    <w:p>
      <w:pPr>
        <w:spacing w:after="160"/>
        <w:rPr>
          <w:lang w:val="nl-NL"/>
        </w:rPr>
      </w:pPr>
      <w:r>
        <w:rPr>
          <w:lang w:val="nl-NL"/>
        </w:rPr>
        <w:t xml:space="preserve">Vorige week bezochten veel mensen al een woning tijdens de open dagen en deden daar ideeën op voor hun eigen huis. Zaterdag 7 november is je laatste kans om dit jaar binnen te kijken bij andere huiseigenaren.</w:t>
      </w:r>
    </w:p>
    <w:p>
      <w:pPr>
        <w:spacing w:after="160"/>
        <w:rPr>
          <w:lang w:val="nl-NL"/>
        </w:rPr>
      </w:pPr>
      <w:r>
        <w:rPr>
          <w:lang w:val="nl-NL"/>
        </w:rPr>
        <w:t xml:space="preserve">Ontdek tips over isolatie, frisse lucht, energie besparen en andere slimme keuzes voor je huis.</w:t>
      </w:r>
    </w:p>
    <w:p>
      <w:pPr>
        <w:spacing w:after="160"/>
        <w:rPr>
          <w:lang w:val="nl-NL"/>
        </w:rPr>
      </w:pPr>
      <w:r>
        <w:rPr>
          <w:lang w:val="nl-NL"/>
        </w:rPr>
        <w:t xml:space="preserve">Meld je nu aan en kies een woning bij jou in de buurt via </w:t>
      </w:r>
      <w:hyperlink r:id="rId111" w:history="1">
        <w:r>
          <w:rPr>
            <w:rStyle w:val="Hyperlink"/>
            <w:lang w:val="nl-NL"/>
          </w:rPr>
          <w:t>duurzamehuizenroute.nl/open-dagen</w:t>
        </w:r>
      </w:hyperlink>
      <w:r>
        <w:rPr>
          <w:lang w:val="nl-NL"/>
        </w:rPr>
        <w:t xml:space="preserve">.</w:t>
      </w:r>
    </w:p>
    <w:p>
      <w:pPr>
        <w:spacing w:after="40"/>
        <w:rPr>
          <w:lang w:val="nl-NL"/>
        </w:rPr>
      </w:pPr>
      <w:r>
        <w:rPr>
          <w:color w:val="AEAAAA"/>
          <w:lang w:val="nl-NL"/>
        </w:rPr>
        <w:t xml:space="preserve">Korte tekst</w:t>
      </w:r>
    </w:p>
    <w:p>
      <w:pPr>
        <w:spacing w:after="160"/>
        <w:rPr>
          <w:lang w:val="nl-NL"/>
        </w:rPr>
      </w:pPr>
      <w:r>
        <w:rPr>
          <w:lang w:val="nl-NL"/>
        </w:rPr>
        <w:t xml:space="preserve">Zaterdag 7 november is de tweede open dag van de Nationale Duurzame Huizen Route. Kijk binnen bij deelnemende woningen, stel je vragen en zie wat er mogelijk is: van dakisolatie tot een warmtepomp of thuisaccu. Meld je aan via </w:t>
      </w:r>
      <w:hyperlink r:id="rId112" w:history="1">
        <w:r>
          <w:rPr>
            <w:rStyle w:val="Hyperlink"/>
            <w:lang w:val="nl-NL"/>
          </w:rPr>
          <w:t>duurzamehuizenroute.nl/open-dagen</w:t>
        </w:r>
      </w:hyperlink>
      <w:r>
        <w:rPr>
          <w:lang w:val="nl-NL"/>
        </w:rPr>
        <w:t xml:space="preserve">.</w:t>
      </w:r>
    </w:p>
    <w:sectPr w:rsidR="00A51126" w:rsidSect="00034616">
      <w:headerReference w:type="default" r:id="rId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CC531" w14:textId="77777777" w:rsidR="00115F88" w:rsidRDefault="00115F88">
      <w:pPr>
        <w:spacing w:after="0" w:line="240" w:lineRule="auto"/>
      </w:pPr>
      <w:r>
        <w:separator/>
      </w:r>
    </w:p>
  </w:endnote>
  <w:endnote w:type="continuationSeparator" w:id="0">
    <w:p w14:paraId="50846922" w14:textId="77777777" w:rsidR="00115F88" w:rsidRDefault="00115F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ADA92" w14:textId="77777777" w:rsidR="00115F88" w:rsidRDefault="00115F88">
      <w:pPr>
        <w:spacing w:after="0" w:line="240" w:lineRule="auto"/>
      </w:pPr>
      <w:r>
        <w:separator/>
      </w:r>
    </w:p>
  </w:footnote>
  <w:footnote w:type="continuationSeparator" w:id="0">
    <w:p w14:paraId="73DD6ED9" w14:textId="77777777" w:rsidR="00115F88" w:rsidRDefault="00115F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52603" w14:textId="77777777" w:rsidR="00A51126" w:rsidRDefault="00115F88">
    <w:pPr>
      <w:pStyle w:val="Koptekst"/>
      <w:spacing w:after="80"/>
    </w:pPr>
    <w:r>
      <w:rPr>
        <w:noProof/>
      </w:rPr>
      <w:drawing>
        <wp:inline distT="0" distB="0" distL="0" distR="0" wp14:anchorId="567FF457" wp14:editId="05CDA006">
          <wp:extent cx="1517904" cy="43876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dhr_logo.png"/>
                  <pic:cNvPicPr/>
                </pic:nvPicPr>
                <pic:blipFill>
                  <a:blip r:embed="rId1"/>
                  <a:stretch>
                    <a:fillRect/>
                  </a:stretch>
                </pic:blipFill>
                <pic:spPr>
                  <a:xfrm>
                    <a:off x="0" y="0"/>
                    <a:ext cx="1517904" cy="43876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53042872">
    <w:abstractNumId w:val="8"/>
  </w:num>
  <w:num w:numId="2" w16cid:durableId="1377965648">
    <w:abstractNumId w:val="6"/>
  </w:num>
  <w:num w:numId="3" w16cid:durableId="683213732">
    <w:abstractNumId w:val="5"/>
  </w:num>
  <w:num w:numId="4" w16cid:durableId="1996756691">
    <w:abstractNumId w:val="4"/>
  </w:num>
  <w:num w:numId="5" w16cid:durableId="825324546">
    <w:abstractNumId w:val="7"/>
  </w:num>
  <w:num w:numId="6" w16cid:durableId="597956071">
    <w:abstractNumId w:val="3"/>
  </w:num>
  <w:num w:numId="7" w16cid:durableId="127669907">
    <w:abstractNumId w:val="2"/>
  </w:num>
  <w:num w:numId="8" w16cid:durableId="839392147">
    <w:abstractNumId w:val="1"/>
  </w:num>
  <w:num w:numId="9" w16cid:durableId="18036957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218D"/>
    <w:rsid w:val="00115F88"/>
    <w:rsid w:val="0015074B"/>
    <w:rsid w:val="0029639D"/>
    <w:rsid w:val="00326F90"/>
    <w:rsid w:val="0046548E"/>
    <w:rsid w:val="00A51126"/>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F2B1CC"/>
  <w14:defaultImageDpi w14:val="300"/>
  <w15:docId w15:val="{92EEB2C9-3C80-4E93-B328-B8E106488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rPr>
      <w:rFonts w:ascii="Calibri" w:hAnsi="Calibri"/>
    </w:rPr>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Standaardalinea-lettertype"/>
    <w:uiPriority w:val="99"/>
    <w:unhideWhenUsed/>
    <w:rsid w:val="0010218D"/>
    <w:rPr>
      <w:color w:val="0000FF" w:themeColor="hyperlink"/>
      <w:u w:val="single"/>
    </w:rPr>
  </w:style>
  <w:style w:type="character" w:styleId="Onopgelostemelding">
    <w:name w:val="Unresolved Mention"/>
    <w:basedOn w:val="Standaardalinea-lettertype"/>
    <w:uiPriority w:val="99"/>
    <w:semiHidden/>
    <w:unhideWhenUsed/>
    <w:rsid w:val="001021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duurzamehuizenroute.nl/aanmelde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uurzamehuizenroute.nl/aanmelden/" TargetMode="External"/><Relationship Id="rId5" Type="http://schemas.openxmlformats.org/officeDocument/2006/relationships/webSettings" Target="webSettings.xml"/><Relationship Id="rId10" Type="http://schemas.openxmlformats.org/officeDocument/2006/relationships/hyperlink" Target="https://duurzamehuizenroute.nl/aanmelden/" TargetMode="External"/><Relationship Id="rId4" Type="http://schemas.openxmlformats.org/officeDocument/2006/relationships/settings" Target="settings.xml"/><Relationship Id="rId9" Type="http://schemas.openxmlformats.org/officeDocument/2006/relationships/hyperlink" Target="https://duurzamehuizenroute.nl/aanmelden/" TargetMode="External"/><Relationship Id="rId14" Type="http://schemas.openxmlformats.org/officeDocument/2006/relationships/theme" Target="theme/theme1.xml"/><Relationship Id="rId101" Type="http://schemas.openxmlformats.org/officeDocument/2006/relationships/hyperlink" Target="https://duurzamehuizenroute.nl/open-dagen" TargetMode="External"/><Relationship Id="rId102" Type="http://schemas.openxmlformats.org/officeDocument/2006/relationships/hyperlink" Target="https://duurzamehuizenroute.nl/open-dagen" TargetMode="External"/><Relationship Id="rId103" Type="http://schemas.openxmlformats.org/officeDocument/2006/relationships/hyperlink" Target="https://duurzamehuizenroute.nl/open-dagen" TargetMode="External"/><Relationship Id="rId104" Type="http://schemas.openxmlformats.org/officeDocument/2006/relationships/hyperlink" Target="https://duurzamehuizenroute.nl/open-dagen" TargetMode="External"/><Relationship Id="rId105" Type="http://schemas.openxmlformats.org/officeDocument/2006/relationships/hyperlink" Target="https://duurzamehuizenroute.nl/open-dagen" TargetMode="External"/><Relationship Id="rId106" Type="http://schemas.openxmlformats.org/officeDocument/2006/relationships/hyperlink" Target="https://duurzamehuizenroute.nl/open-dagen" TargetMode="External"/><Relationship Id="rId107" Type="http://schemas.openxmlformats.org/officeDocument/2006/relationships/hyperlink" Target="https://duurzamehuizenroute.nl" TargetMode="External"/><Relationship Id="rId108" Type="http://schemas.openxmlformats.org/officeDocument/2006/relationships/hyperlink" Target="https://duurzamehuizenroute.nl/open-dagen" TargetMode="External"/><Relationship Id="rId109" Type="http://schemas.openxmlformats.org/officeDocument/2006/relationships/hyperlink" Target="https://duurzamehuizenroute.nl/open-dagen" TargetMode="External"/><Relationship Id="rId110" Type="http://schemas.openxmlformats.org/officeDocument/2006/relationships/hyperlink" Target="https://duurzamehuizenroute.nl/open-dagen" TargetMode="External"/><Relationship Id="rId111" Type="http://schemas.openxmlformats.org/officeDocument/2006/relationships/hyperlink" Target="https://duurzamehuizenroute.nl/open-dagen" TargetMode="External"/><Relationship Id="rId112" Type="http://schemas.openxmlformats.org/officeDocument/2006/relationships/hyperlink" Target="https://duurzamehuizenroute.nl/open-dag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1051</Words>
  <Characters>5991</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7028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Lena Sukhovetska</cp:lastModifiedBy>
  <cp:revision>2</cp:revision>
  <dcterms:created xsi:type="dcterms:W3CDTF">2026-09-01T12:03:00Z</dcterms:created>
  <dcterms:modified xsi:type="dcterms:W3CDTF">2026-09-01T12:03:00Z</dcterms:modified>
  <cp:category/>
</cp:coreProperties>
</file>