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D7DE4" w14:textId="77777777" w:rsidR="0010218D" w:rsidRDefault="0010218D">
      <w:pPr>
        <w:spacing w:after="80"/>
        <w:rPr>
          <w:b/>
          <w:color w:val="F47321"/>
          <w:sz w:val="36"/>
          <w:szCs w:val="28"/>
          <w:lang w:val="nl-NL"/>
        </w:rPr>
      </w:pPr>
    </w:p>
    <w:p w14:paraId="68C7CB7F" w14:textId="62038335" w:rsidR="00A51126" w:rsidRPr="0010218D" w:rsidRDefault="00115F88">
      <w:pPr>
        <w:spacing w:after="80"/>
        <w:rPr>
          <w:sz w:val="28"/>
          <w:szCs w:val="28"/>
          <w:lang w:val="nl-NL"/>
        </w:rPr>
      </w:pPr>
      <w:r w:rsidRPr="0010218D">
        <w:rPr>
          <w:b/>
          <w:color w:val="F47321"/>
          <w:sz w:val="36"/>
          <w:szCs w:val="28"/>
          <w:lang w:val="nl-NL"/>
        </w:rPr>
        <w:t>Nationale Duurzame Huizen Route – voorbeeldteksten</w:t>
      </w:r>
    </w:p>
    <w:p w14:paraId="53D6A971" w14:textId="6DD218C6" w:rsidR="00A51126" w:rsidRPr="0010218D" w:rsidRDefault="0010218D">
      <w:pPr>
        <w:spacing w:after="160"/>
        <w:rPr>
          <w:lang w:val="nl-NL"/>
        </w:rPr>
      </w:pPr>
      <w:r>
        <w:rPr>
          <w:b/>
          <w:lang w:val="nl-NL"/>
        </w:rPr>
        <w:t xml:space="preserve">Werving </w:t>
      </w:r>
      <w:r w:rsidR="00115F88" w:rsidRPr="0010218D">
        <w:rPr>
          <w:b/>
          <w:lang w:val="nl-NL"/>
        </w:rPr>
        <w:t xml:space="preserve">huiseigenaren · </w:t>
      </w:r>
      <w:r w:rsidR="00115F88" w:rsidRPr="0010218D">
        <w:rPr>
          <w:b/>
          <w:lang w:val="nl-NL"/>
        </w:rPr>
        <w:t>Open Dagen op zaterdag 31 oktober en zaterdag 7 november 2026</w:t>
      </w:r>
    </w:p>
    <w:p w14:paraId="6D2F39E0" w14:textId="77777777" w:rsidR="00A51126" w:rsidRPr="0010218D" w:rsidRDefault="00115F88">
      <w:pPr>
        <w:rPr>
          <w:lang w:val="nl-NL"/>
        </w:rPr>
      </w:pPr>
      <w:r w:rsidRPr="0010218D">
        <w:rPr>
          <w:color w:val="808080"/>
          <w:sz w:val="20"/>
          <w:lang w:val="nl-NL"/>
        </w:rPr>
        <w:t>Deze teksten zijn beschikbaar om te gebruiken in je nieuwsbrief, sociale media, website, agenda, flyer of andere communicatie-uitingen. Een bijpassende afbeelding download je via www.duurzamehuizenroute.nl/pers.</w:t>
      </w:r>
    </w:p>
    <w:p w14:paraId="47CC40CF" w14:textId="77777777" w:rsidR="00A51126" w:rsidRPr="0010218D" w:rsidRDefault="00A51126">
      <w:pPr>
        <w:pBdr>
          <w:bottom w:val="single" w:sz="6" w:space="1" w:color="AEAAAA"/>
        </w:pBdr>
        <w:rPr>
          <w:lang w:val="nl-NL"/>
        </w:rPr>
      </w:pPr>
    </w:p>
    <w:p w14:paraId="01DF178D" w14:textId="77777777" w:rsidR="00A51126" w:rsidRPr="0010218D" w:rsidRDefault="00115F88">
      <w:pPr>
        <w:spacing w:before="280" w:after="60"/>
        <w:rPr>
          <w:lang w:val="nl-NL"/>
        </w:rPr>
      </w:pPr>
      <w:r w:rsidRPr="0010218D">
        <w:rPr>
          <w:b/>
          <w:color w:val="F47321"/>
          <w:sz w:val="28"/>
          <w:lang w:val="nl-NL"/>
        </w:rPr>
        <w:t>Tekst kort</w:t>
      </w:r>
    </w:p>
    <w:p w14:paraId="6697213C" w14:textId="77777777" w:rsidR="00A51126" w:rsidRPr="0010218D" w:rsidRDefault="00115F88">
      <w:pPr>
        <w:spacing w:after="40"/>
        <w:rPr>
          <w:lang w:val="nl-NL"/>
        </w:rPr>
      </w:pPr>
      <w:r w:rsidRPr="0010218D">
        <w:rPr>
          <w:color w:val="AEAAAA"/>
          <w:lang w:val="nl-NL"/>
        </w:rPr>
        <w:t>Huiseigenaren</w:t>
      </w:r>
    </w:p>
    <w:p w14:paraId="4EE2F0A9" w14:textId="77777777" w:rsidR="00A51126" w:rsidRPr="0010218D" w:rsidRDefault="00115F88">
      <w:pPr>
        <w:spacing w:after="80"/>
        <w:rPr>
          <w:lang w:val="nl-NL"/>
        </w:rPr>
      </w:pPr>
      <w:r w:rsidRPr="0010218D">
        <w:rPr>
          <w:b/>
          <w:sz w:val="24"/>
          <w:lang w:val="nl-NL"/>
        </w:rPr>
        <w:t>Laat zien hoe jij je huis hebt aangepakt</w:t>
      </w:r>
    </w:p>
    <w:p w14:paraId="73376985" w14:textId="359E600A" w:rsidR="00A51126" w:rsidRPr="0010218D" w:rsidRDefault="00115F88">
      <w:pPr>
        <w:spacing w:after="160"/>
        <w:rPr>
          <w:lang w:val="nl-NL"/>
        </w:rPr>
      </w:pPr>
      <w:r w:rsidRPr="0010218D">
        <w:rPr>
          <w:lang w:val="nl-NL"/>
        </w:rPr>
        <w:t xml:space="preserve">Heb je je huis geïsoleerd, HR++ glas geplaatst, de ventilatie verbeterd of een (hybride) warmtepomp genomen? Deel je ervaring tijdens de Open Dagen van de Nationale Duurzame Huizen Route op zaterdag 31 oktober en 7 november. Stel je huis open en help buurtgenoten die zelf ook aan de slag willen. Meld je woning aan via </w:t>
      </w:r>
      <w:hyperlink r:id="rId8" w:history="1">
        <w:r w:rsidR="0010218D" w:rsidRPr="0010218D">
          <w:rPr>
            <w:rStyle w:val="Hyperlink"/>
            <w:lang w:val="nl-NL"/>
          </w:rPr>
          <w:t>duurzamehuizenroute.nl/aanmelden</w:t>
        </w:r>
      </w:hyperlink>
      <w:r w:rsidR="0010218D">
        <w:rPr>
          <w:lang w:val="nl-NL"/>
        </w:rPr>
        <w:t>.</w:t>
      </w:r>
    </w:p>
    <w:p w14:paraId="2FD80343" w14:textId="77777777" w:rsidR="00A51126" w:rsidRPr="0010218D" w:rsidRDefault="00115F88">
      <w:pPr>
        <w:spacing w:before="280" w:after="60"/>
        <w:rPr>
          <w:lang w:val="nl-NL"/>
        </w:rPr>
      </w:pPr>
      <w:r w:rsidRPr="0010218D">
        <w:rPr>
          <w:b/>
          <w:color w:val="F47321"/>
          <w:sz w:val="28"/>
          <w:lang w:val="nl-NL"/>
        </w:rPr>
        <w:t>Tekst middellang</w:t>
      </w:r>
    </w:p>
    <w:p w14:paraId="0D01E335" w14:textId="77777777" w:rsidR="00A51126" w:rsidRPr="0010218D" w:rsidRDefault="00115F88">
      <w:pPr>
        <w:spacing w:after="40"/>
        <w:rPr>
          <w:lang w:val="nl-NL"/>
        </w:rPr>
      </w:pPr>
      <w:r w:rsidRPr="0010218D">
        <w:rPr>
          <w:color w:val="AEAAAA"/>
          <w:lang w:val="nl-NL"/>
        </w:rPr>
        <w:t>Huiseigenaren</w:t>
      </w:r>
    </w:p>
    <w:p w14:paraId="1C760EC5" w14:textId="77777777" w:rsidR="00A51126" w:rsidRPr="0010218D" w:rsidRDefault="00115F88">
      <w:pPr>
        <w:spacing w:after="80"/>
        <w:rPr>
          <w:lang w:val="nl-NL"/>
        </w:rPr>
      </w:pPr>
      <w:r w:rsidRPr="0010218D">
        <w:rPr>
          <w:b/>
          <w:sz w:val="24"/>
          <w:lang w:val="nl-NL"/>
        </w:rPr>
        <w:t>Laat zien hoe jij je huis hebt aangepakt</w:t>
      </w:r>
    </w:p>
    <w:p w14:paraId="78215CFA" w14:textId="77777777" w:rsidR="00A51126" w:rsidRPr="0010218D" w:rsidRDefault="00115F88">
      <w:pPr>
        <w:spacing w:after="160"/>
        <w:rPr>
          <w:lang w:val="nl-NL"/>
        </w:rPr>
      </w:pPr>
      <w:r w:rsidRPr="0010218D">
        <w:rPr>
          <w:lang w:val="nl-NL"/>
        </w:rPr>
        <w:t>Heb je je huis geïsoleerd, HR++ glas geplaatst, de ventilatie verbeterd of een (hybride) warmtepomp laten installeren? Dan heb je ervaringen waar andere huiseigenaren veel aan hebben. Tijdens de Open Dagen van de Nationale Duurzame Huizen Route op zaterdag 31 oktober en zaterdag 7 november stel je je huis open en vertel je in een korte rondleiding of gesprek welke keuzes je hebt gemaakt, wat goed werkt en wat je achteraf misschien anders zou doen.</w:t>
      </w:r>
    </w:p>
    <w:p w14:paraId="32F8D29D" w14:textId="20FDB155" w:rsidR="00A51126" w:rsidRPr="0010218D" w:rsidRDefault="00115F88">
      <w:pPr>
        <w:spacing w:after="160"/>
        <w:rPr>
          <w:lang w:val="nl-NL"/>
        </w:rPr>
      </w:pPr>
      <w:r w:rsidRPr="0010218D">
        <w:rPr>
          <w:lang w:val="nl-NL"/>
        </w:rPr>
        <w:t xml:space="preserve">Je bepaalt zelf op welke zaterdag(en) je meedoet, welke tijden passen en hoeveel bezoekers je ontvangt. Meld je woning aan via </w:t>
      </w:r>
      <w:hyperlink r:id="rId9" w:history="1">
        <w:r w:rsidRPr="0010218D">
          <w:rPr>
            <w:rStyle w:val="Hyperlink"/>
            <w:lang w:val="nl-NL"/>
          </w:rPr>
          <w:t>duurzamehuizenroute.nl/aanmelden</w:t>
        </w:r>
      </w:hyperlink>
      <w:r w:rsidRPr="0010218D">
        <w:rPr>
          <w:lang w:val="nl-NL"/>
        </w:rPr>
        <w:t>.</w:t>
      </w:r>
    </w:p>
    <w:p w14:paraId="0EB4AB2D" w14:textId="77777777" w:rsidR="00A51126" w:rsidRPr="0010218D" w:rsidRDefault="00115F88">
      <w:pPr>
        <w:spacing w:before="280" w:after="60"/>
        <w:rPr>
          <w:lang w:val="nl-NL"/>
        </w:rPr>
      </w:pPr>
      <w:r w:rsidRPr="0010218D">
        <w:rPr>
          <w:b/>
          <w:color w:val="F47321"/>
          <w:sz w:val="28"/>
          <w:lang w:val="nl-NL"/>
        </w:rPr>
        <w:t>Tekst lang</w:t>
      </w:r>
    </w:p>
    <w:p w14:paraId="4417A488" w14:textId="77777777" w:rsidR="00A51126" w:rsidRPr="0010218D" w:rsidRDefault="00115F88">
      <w:pPr>
        <w:spacing w:after="40"/>
        <w:rPr>
          <w:lang w:val="nl-NL"/>
        </w:rPr>
      </w:pPr>
      <w:r w:rsidRPr="0010218D">
        <w:rPr>
          <w:color w:val="AEAAAA"/>
          <w:lang w:val="nl-NL"/>
        </w:rPr>
        <w:t>Huiseigenaren</w:t>
      </w:r>
    </w:p>
    <w:p w14:paraId="5A0FBE4F" w14:textId="77777777" w:rsidR="00A51126" w:rsidRPr="0010218D" w:rsidRDefault="00115F88">
      <w:pPr>
        <w:spacing w:after="80"/>
        <w:rPr>
          <w:lang w:val="nl-NL"/>
        </w:rPr>
      </w:pPr>
      <w:r w:rsidRPr="0010218D">
        <w:rPr>
          <w:b/>
          <w:sz w:val="24"/>
          <w:lang w:val="nl-NL"/>
        </w:rPr>
        <w:t>Laat zien hoe jij je huis hebt aangepakt</w:t>
      </w:r>
    </w:p>
    <w:p w14:paraId="2904D2CA" w14:textId="77777777" w:rsidR="00A51126" w:rsidRPr="0010218D" w:rsidRDefault="00115F88">
      <w:pPr>
        <w:spacing w:after="160"/>
        <w:rPr>
          <w:lang w:val="nl-NL"/>
        </w:rPr>
      </w:pPr>
      <w:r w:rsidRPr="0010218D">
        <w:rPr>
          <w:lang w:val="nl-NL"/>
        </w:rPr>
        <w:t>Heb je je huis geïsoleerd, de ventilatie verbeterd, HR++ glas geplaatst of een warmtepomp aangeschaft? Dan heb je ervaringen die anderen op weg kunnen helpen. Tijdens de Open Dagen van de Nationale Duurzame Huizen Route op zaterdag 31 oktober en zaterdag 7 november stellen huiseigenaren hun huis open en delen ze hun ervaringen met buurtgenoten die zelf ook aan de slag willen.</w:t>
      </w:r>
    </w:p>
    <w:p w14:paraId="39174D0D" w14:textId="77777777" w:rsidR="00A51126" w:rsidRPr="0010218D" w:rsidRDefault="00115F88">
      <w:pPr>
        <w:spacing w:after="160"/>
        <w:rPr>
          <w:lang w:val="nl-NL"/>
        </w:rPr>
      </w:pPr>
      <w:r w:rsidRPr="0010218D">
        <w:rPr>
          <w:lang w:val="nl-NL"/>
        </w:rPr>
        <w:lastRenderedPageBreak/>
        <w:t>Bezoekers kunnen maatregelen van dichtbij bekijken en vragen stellen. Hoe heb je je dak geïsoleerd? Hoe zorg je voor goede ventilatie? Bevalt de warmtepomp? En welke maatregel zou je anderen aanraden om mee te beginnen? Juist ervaringen uit de praktijk – wat goed werkt, wat het oplevert en wat je achteraf misschien anders zou doen – helpen andere huiseigenaren bij keuzes voor hun eigen huis.</w:t>
      </w:r>
    </w:p>
    <w:p w14:paraId="4DF3B201" w14:textId="77777777" w:rsidR="00A51126" w:rsidRPr="0010218D" w:rsidRDefault="00115F88">
      <w:pPr>
        <w:spacing w:after="160"/>
        <w:rPr>
          <w:lang w:val="nl-NL"/>
        </w:rPr>
      </w:pPr>
      <w:r w:rsidRPr="0010218D">
        <w:rPr>
          <w:lang w:val="nl-NL"/>
        </w:rPr>
        <w:t>Ook voor deelnemers zijn de Open Dagen vaak een leuke ervaring. Een huiseigenaar vertelt: “Ik vind het leuk om mensen rond te leiden en mijn verhaal te vertellen. Je merkt dat bezoekers er echt iets aan hebben, en zelf leer ik van hun vragen ook weer nieuwe dingen.”</w:t>
      </w:r>
    </w:p>
    <w:p w14:paraId="1900B8BE" w14:textId="77777777" w:rsidR="00A51126" w:rsidRPr="0010218D" w:rsidRDefault="00115F88">
      <w:pPr>
        <w:spacing w:after="80"/>
        <w:rPr>
          <w:lang w:val="nl-NL"/>
        </w:rPr>
      </w:pPr>
      <w:r w:rsidRPr="0010218D">
        <w:rPr>
          <w:b/>
          <w:sz w:val="24"/>
          <w:lang w:val="nl-NL"/>
        </w:rPr>
        <w:t>Meld je huis aan</w:t>
      </w:r>
    </w:p>
    <w:p w14:paraId="4BBC0579" w14:textId="4A39ECCB" w:rsidR="00A51126" w:rsidRPr="0010218D" w:rsidRDefault="00115F88">
      <w:pPr>
        <w:spacing w:after="160"/>
        <w:rPr>
          <w:lang w:val="nl-NL"/>
        </w:rPr>
      </w:pPr>
      <w:r w:rsidRPr="0010218D">
        <w:rPr>
          <w:lang w:val="nl-NL"/>
        </w:rPr>
        <w:t xml:space="preserve">Wil jij ook vertellen wat je hebt gedaan en anderen verder helpen? Meld je woning dan aan via </w:t>
      </w:r>
      <w:hyperlink r:id="rId10" w:history="1">
        <w:r w:rsidR="0010218D" w:rsidRPr="0010218D">
          <w:rPr>
            <w:rStyle w:val="Hyperlink"/>
            <w:lang w:val="nl-NL"/>
          </w:rPr>
          <w:t>duurzamehuizenroute.nl/aanmelden</w:t>
        </w:r>
      </w:hyperlink>
      <w:r w:rsidRPr="0010218D">
        <w:rPr>
          <w:lang w:val="nl-NL"/>
        </w:rPr>
        <w:t>. Je bepaalt zelf op welke zaterdag(en) je meedoet, welke tijdstippen passen en hoeveel bezoekers je ontvangt.</w:t>
      </w:r>
    </w:p>
    <w:p w14:paraId="072AD27F" w14:textId="2B3E09E7" w:rsidR="00A51126" w:rsidRPr="0010218D" w:rsidRDefault="00115F88">
      <w:pPr>
        <w:spacing w:after="160"/>
        <w:rPr>
          <w:lang w:val="nl-NL"/>
        </w:rPr>
      </w:pPr>
      <w:r w:rsidRPr="0010218D">
        <w:rPr>
          <w:lang w:val="nl-NL"/>
        </w:rPr>
        <w:t xml:space="preserve">Dit jaar worden de Open Dagen voor de veertiende keer georganiseerd. Ieder jaar doen duizenden mensen zo ideeën op voor hun eigen huis. Het initiatief wordt ondersteund door het Ministerie van Binnenlandse Zaken, de provincie Gelderland en meer dan 100 Nederlandse gemeenten. </w:t>
      </w:r>
    </w:p>
    <w:p w14:paraId="10D9F5F5" w14:textId="77777777" w:rsidR="00A51126" w:rsidRPr="0010218D" w:rsidRDefault="00115F88">
      <w:pPr>
        <w:spacing w:before="280" w:after="60"/>
        <w:rPr>
          <w:lang w:val="nl-NL"/>
        </w:rPr>
      </w:pPr>
      <w:r w:rsidRPr="0010218D">
        <w:rPr>
          <w:b/>
          <w:color w:val="F47321"/>
          <w:sz w:val="28"/>
          <w:lang w:val="nl-NL"/>
        </w:rPr>
        <w:t>Agendapunt</w:t>
      </w:r>
    </w:p>
    <w:p w14:paraId="14BD64BD" w14:textId="77777777" w:rsidR="00A51126" w:rsidRPr="0010218D" w:rsidRDefault="00115F88">
      <w:pPr>
        <w:spacing w:after="160"/>
        <w:rPr>
          <w:lang w:val="nl-NL"/>
        </w:rPr>
      </w:pPr>
      <w:r w:rsidRPr="0010218D">
        <w:rPr>
          <w:lang w:val="nl-NL"/>
        </w:rPr>
        <w:t>31 oktober en 7 november 2026 – Nationale Duurzame Huizen Route</w:t>
      </w:r>
    </w:p>
    <w:p w14:paraId="40CE6AFF" w14:textId="0B8E654B" w:rsidR="00A51126" w:rsidRPr="0010218D" w:rsidRDefault="00115F88">
      <w:pPr>
        <w:spacing w:after="160"/>
        <w:rPr>
          <w:lang w:val="nl-NL"/>
        </w:rPr>
      </w:pPr>
      <w:r w:rsidRPr="0010218D">
        <w:rPr>
          <w:lang w:val="nl-NL"/>
        </w:rPr>
        <w:t xml:space="preserve">Heb je je huis verduurzaamd? Stel je woning open tijdens de Open Dagen van de Nationale Duurzame Huizen Route op zaterdag 31 oktober en 7 november en deel je ervaringen met anderen. Meld je aan via </w:t>
      </w:r>
      <w:hyperlink r:id="rId11" w:history="1">
        <w:r w:rsidR="0010218D" w:rsidRPr="0010218D">
          <w:rPr>
            <w:rStyle w:val="Hyperlink"/>
            <w:lang w:val="nl-NL"/>
          </w:rPr>
          <w:t>duurzamehuizenroute.nl/aanmelden</w:t>
        </w:r>
      </w:hyperlink>
      <w:r w:rsidR="0010218D">
        <w:rPr>
          <w:lang w:val="nl-NL"/>
        </w:rPr>
        <w:t>.</w:t>
      </w:r>
    </w:p>
    <w:p w14:paraId="49EB854A" w14:textId="77777777" w:rsidR="00A51126" w:rsidRPr="0010218D" w:rsidRDefault="00A51126">
      <w:pPr>
        <w:pBdr>
          <w:bottom w:val="single" w:sz="6" w:space="1" w:color="AEAAAA"/>
        </w:pBdr>
        <w:rPr>
          <w:lang w:val="nl-NL"/>
        </w:rPr>
      </w:pPr>
    </w:p>
    <w:p w14:paraId="6B653AC0" w14:textId="77777777" w:rsidR="00A51126" w:rsidRPr="0010218D" w:rsidRDefault="00115F88">
      <w:pPr>
        <w:spacing w:before="280" w:after="60"/>
        <w:rPr>
          <w:lang w:val="nl-NL"/>
        </w:rPr>
      </w:pPr>
      <w:r w:rsidRPr="0010218D">
        <w:rPr>
          <w:b/>
          <w:color w:val="F47321"/>
          <w:sz w:val="28"/>
          <w:lang w:val="nl-NL"/>
        </w:rPr>
        <w:t>Sociale mediaberichten</w:t>
      </w:r>
    </w:p>
    <w:p w14:paraId="258BD3E8" w14:textId="77777777" w:rsidR="00A51126" w:rsidRDefault="00115F88">
      <w:pPr>
        <w:spacing w:after="160"/>
      </w:pPr>
      <w:r w:rsidRPr="0010218D">
        <w:rPr>
          <w:lang w:val="nl-NL"/>
        </w:rPr>
        <w:t xml:space="preserve">Hieronder staan korte, uitnodigende teksten voor </w:t>
      </w:r>
      <w:proofErr w:type="spellStart"/>
      <w:r w:rsidRPr="0010218D">
        <w:rPr>
          <w:lang w:val="nl-NL"/>
        </w:rPr>
        <w:t>social</w:t>
      </w:r>
      <w:proofErr w:type="spellEnd"/>
      <w:r w:rsidRPr="0010218D">
        <w:rPr>
          <w:lang w:val="nl-NL"/>
        </w:rPr>
        <w:t xml:space="preserve"> media. We raden aan om deze berichten mee te nemen in je planning en te verspreiden in de weken vóór de open dagen. </w:t>
      </w:r>
      <w:r>
        <w:t>Tag de Nationale Duurzame Huizen Route in je berichten:</w:t>
      </w:r>
    </w:p>
    <w:p w14:paraId="004D4460" w14:textId="77777777" w:rsidR="00A51126" w:rsidRDefault="00115F88">
      <w:pPr>
        <w:pStyle w:val="Lijstopsomteken"/>
      </w:pPr>
      <w:r>
        <w:t>Instagram: @nationaleduurzamehuizenroute</w:t>
      </w:r>
    </w:p>
    <w:p w14:paraId="2F44C93A" w14:textId="77777777" w:rsidR="00A51126" w:rsidRDefault="00115F88">
      <w:pPr>
        <w:pStyle w:val="Lijstopsomteken"/>
      </w:pPr>
      <w:r>
        <w:t>Facebook: @nationaleduurzamehuizenroute</w:t>
      </w:r>
    </w:p>
    <w:p w14:paraId="7CE8924E" w14:textId="77777777" w:rsidR="00A51126" w:rsidRDefault="00115F88">
      <w:pPr>
        <w:pStyle w:val="Lijstopsomteken"/>
      </w:pPr>
      <w:r>
        <w:t>Threads: @nationaleduurzamehuizenroute</w:t>
      </w:r>
    </w:p>
    <w:p w14:paraId="0141B991" w14:textId="77777777" w:rsidR="00A51126" w:rsidRPr="0010218D" w:rsidRDefault="00115F88">
      <w:pPr>
        <w:pStyle w:val="Lijstopsomteken"/>
        <w:rPr>
          <w:lang w:val="nl-NL"/>
        </w:rPr>
      </w:pPr>
      <w:r w:rsidRPr="0010218D">
        <w:rPr>
          <w:lang w:val="nl-NL"/>
        </w:rPr>
        <w:t>LinkedIn: Nationale Duurzame Huizen Route</w:t>
      </w:r>
    </w:p>
    <w:p w14:paraId="5178B3A3" w14:textId="77777777" w:rsidR="00A51126" w:rsidRDefault="00115F88">
      <w:pPr>
        <w:spacing w:after="80"/>
      </w:pPr>
      <w:proofErr w:type="spellStart"/>
      <w:r>
        <w:rPr>
          <w:b/>
          <w:sz w:val="24"/>
        </w:rPr>
        <w:t>Bericht</w:t>
      </w:r>
      <w:proofErr w:type="spellEnd"/>
      <w:r>
        <w:rPr>
          <w:b/>
          <w:sz w:val="24"/>
        </w:rPr>
        <w:t xml:space="preserve"> 1 – </w:t>
      </w:r>
      <w:proofErr w:type="spellStart"/>
      <w:r>
        <w:rPr>
          <w:b/>
          <w:sz w:val="24"/>
        </w:rPr>
        <w:t>Algemene</w:t>
      </w:r>
      <w:proofErr w:type="spellEnd"/>
      <w:r>
        <w:rPr>
          <w:b/>
          <w:sz w:val="24"/>
        </w:rPr>
        <w:t xml:space="preserve"> </w:t>
      </w:r>
      <w:proofErr w:type="spellStart"/>
      <w:r>
        <w:rPr>
          <w:b/>
          <w:sz w:val="24"/>
        </w:rPr>
        <w:t>aankondiging</w:t>
      </w:r>
      <w:proofErr w:type="spellEnd"/>
    </w:p>
    <w:p w14:paraId="1E904464" w14:textId="77777777" w:rsidR="00A51126" w:rsidRDefault="00115F88">
      <w:pPr>
        <w:spacing w:after="40"/>
      </w:pPr>
      <w:r>
        <w:rPr>
          <w:color w:val="AEAAAA"/>
        </w:rPr>
        <w:t>Lange tekst</w:t>
      </w:r>
    </w:p>
    <w:p w14:paraId="1F9C7CE8" w14:textId="77777777" w:rsidR="00A51126" w:rsidRPr="0010218D" w:rsidRDefault="00115F88">
      <w:pPr>
        <w:spacing w:after="160"/>
        <w:rPr>
          <w:lang w:val="nl-NL"/>
        </w:rPr>
      </w:pPr>
      <w:r w:rsidRPr="0010218D">
        <w:rPr>
          <w:lang w:val="nl-NL"/>
        </w:rPr>
        <w:lastRenderedPageBreak/>
        <w:t>Trots op wat je aan je huis hebt verbeterd? Denk aan vloerisolatie, HR++ glas, een hybride warmtepomp, zonnepanelen of slimme ventilatie. Jouw ervaring kan andere huiseigenaren helpen bij het maken van keuzes.</w:t>
      </w:r>
    </w:p>
    <w:p w14:paraId="51709C2F" w14:textId="77777777" w:rsidR="00A51126" w:rsidRPr="0010218D" w:rsidRDefault="00115F88">
      <w:pPr>
        <w:spacing w:after="160"/>
        <w:rPr>
          <w:lang w:val="nl-NL"/>
        </w:rPr>
      </w:pPr>
      <w:r w:rsidRPr="0010218D">
        <w:rPr>
          <w:lang w:val="nl-NL"/>
        </w:rPr>
        <w:t>Doe mee aan de Open Dagen van de Nationale Duurzame Huizen Route op zaterdag 31 oktober en zaterdag 7 november. Laat zien wat je hebt gedaan en vertel hoe het bevalt, wat je ervan hebt geleerd en welke tips je anderen meegeeft.</w:t>
      </w:r>
    </w:p>
    <w:p w14:paraId="682490FC" w14:textId="77777777" w:rsidR="00A51126" w:rsidRPr="0010218D" w:rsidRDefault="00115F88">
      <w:pPr>
        <w:spacing w:after="160"/>
        <w:rPr>
          <w:lang w:val="nl-NL"/>
        </w:rPr>
      </w:pPr>
      <w:r w:rsidRPr="0010218D">
        <w:rPr>
          <w:lang w:val="nl-NL"/>
        </w:rPr>
        <w:t>Ook meedoen? Meld je woning aan via duurzamehuizenroute.nl/aanmelden.</w:t>
      </w:r>
    </w:p>
    <w:p w14:paraId="5DDB128D" w14:textId="77777777" w:rsidR="00A51126" w:rsidRPr="0010218D" w:rsidRDefault="00115F88">
      <w:pPr>
        <w:spacing w:after="40"/>
        <w:rPr>
          <w:lang w:val="nl-NL"/>
        </w:rPr>
      </w:pPr>
      <w:r w:rsidRPr="0010218D">
        <w:rPr>
          <w:color w:val="AEAAAA"/>
          <w:lang w:val="nl-NL"/>
        </w:rPr>
        <w:t>Korte tekst</w:t>
      </w:r>
    </w:p>
    <w:p w14:paraId="3863807E" w14:textId="77777777" w:rsidR="00A51126" w:rsidRPr="0010218D" w:rsidRDefault="00115F88">
      <w:pPr>
        <w:spacing w:after="160"/>
        <w:rPr>
          <w:lang w:val="nl-NL"/>
        </w:rPr>
      </w:pPr>
      <w:r w:rsidRPr="0010218D">
        <w:rPr>
          <w:lang w:val="nl-NL"/>
        </w:rPr>
        <w:t>Huis warmer, zuiniger of comfortabeler gemaakt? Met bijvoorbeeld isolatie, HR++ glas, een (hybride) warmtepomp of betere ventilatie? Laat tijdens de Open Dagen zien wat jij hebt gedaan en vertel hoe dat bevalt. Open Dagen 31 okt &amp; 7 nov. Meld je aan via duurzamehuizenroute.nl/aanmelden.</w:t>
      </w:r>
    </w:p>
    <w:p w14:paraId="5C45305F" w14:textId="77777777" w:rsidR="00A51126" w:rsidRPr="0010218D" w:rsidRDefault="00115F88">
      <w:pPr>
        <w:spacing w:after="80"/>
        <w:rPr>
          <w:lang w:val="nl-NL"/>
        </w:rPr>
      </w:pPr>
      <w:r w:rsidRPr="0010218D">
        <w:rPr>
          <w:b/>
          <w:sz w:val="24"/>
          <w:lang w:val="nl-NL"/>
        </w:rPr>
        <w:t>Bericht 2 – Isoleren</w:t>
      </w:r>
    </w:p>
    <w:p w14:paraId="655D9B1B" w14:textId="77777777" w:rsidR="00A51126" w:rsidRPr="0010218D" w:rsidRDefault="00115F88">
      <w:pPr>
        <w:spacing w:after="40"/>
        <w:rPr>
          <w:lang w:val="nl-NL"/>
        </w:rPr>
      </w:pPr>
      <w:r w:rsidRPr="0010218D">
        <w:rPr>
          <w:color w:val="AEAAAA"/>
          <w:lang w:val="nl-NL"/>
        </w:rPr>
        <w:t>Lange tekst</w:t>
      </w:r>
    </w:p>
    <w:p w14:paraId="5314388B" w14:textId="77777777" w:rsidR="00A51126" w:rsidRPr="0010218D" w:rsidRDefault="00115F88">
      <w:pPr>
        <w:spacing w:after="160"/>
        <w:rPr>
          <w:lang w:val="nl-NL"/>
        </w:rPr>
      </w:pPr>
      <w:r w:rsidRPr="0010218D">
        <w:rPr>
          <w:lang w:val="nl-NL"/>
        </w:rPr>
        <w:t>Dak, vloer of spouwmuur geïsoleerd? Of HR++ of triple glas geplaatst? Dan weet jij inmiddels wat het verschil maakt in comfort en waar je bij de uitvoering op moet letten.</w:t>
      </w:r>
    </w:p>
    <w:p w14:paraId="49CA0F40" w14:textId="77777777" w:rsidR="00A51126" w:rsidRPr="0010218D" w:rsidRDefault="00115F88">
      <w:pPr>
        <w:spacing w:after="160"/>
        <w:rPr>
          <w:lang w:val="nl-NL"/>
        </w:rPr>
      </w:pPr>
      <w:r w:rsidRPr="0010218D">
        <w:rPr>
          <w:lang w:val="nl-NL"/>
        </w:rPr>
        <w:t>Tijdens de Open Dagen van de Nationale Duurzame Huizen Route kunnen huiseigenaren die ervaring met elkaar delen. Stel op zaterdag 31 oktober of zaterdag 7 november je huis open en help anderen die nog aan de slag willen.</w:t>
      </w:r>
    </w:p>
    <w:p w14:paraId="67B7F386" w14:textId="77777777" w:rsidR="00A51126" w:rsidRPr="0010218D" w:rsidRDefault="00115F88">
      <w:pPr>
        <w:spacing w:after="160"/>
        <w:rPr>
          <w:lang w:val="nl-NL"/>
        </w:rPr>
      </w:pPr>
      <w:r w:rsidRPr="0010218D">
        <w:rPr>
          <w:lang w:val="nl-NL"/>
        </w:rPr>
        <w:t>Ook meedoen? Meld je woning aan via duurzamehuizenroute.nl/aanmelden.</w:t>
      </w:r>
    </w:p>
    <w:p w14:paraId="17063D64" w14:textId="77777777" w:rsidR="00A51126" w:rsidRPr="0010218D" w:rsidRDefault="00115F88">
      <w:pPr>
        <w:spacing w:after="40"/>
        <w:rPr>
          <w:lang w:val="nl-NL"/>
        </w:rPr>
      </w:pPr>
      <w:r w:rsidRPr="0010218D">
        <w:rPr>
          <w:color w:val="AEAAAA"/>
          <w:lang w:val="nl-NL"/>
        </w:rPr>
        <w:t>Korte tekst</w:t>
      </w:r>
    </w:p>
    <w:p w14:paraId="656DD368" w14:textId="77777777" w:rsidR="00A51126" w:rsidRPr="0010218D" w:rsidRDefault="00115F88">
      <w:pPr>
        <w:spacing w:after="160"/>
        <w:rPr>
          <w:lang w:val="nl-NL"/>
        </w:rPr>
      </w:pPr>
      <w:r w:rsidRPr="0010218D">
        <w:rPr>
          <w:lang w:val="nl-NL"/>
        </w:rPr>
        <w:t>Dak, vloer of spouwmuur geïsoleerd? Of HR++ of triple glas geplaatst? Laat tijdens de Open Dagen zien hoe jij het hebt aangepakt en vertel hoe dat bevalt. Open Dagen op 31 okt &amp; 7 nov. Meld je aan via duurzamehuizenroute.nl/aanmelden.</w:t>
      </w:r>
    </w:p>
    <w:p w14:paraId="415431D2" w14:textId="77777777" w:rsidR="00A51126" w:rsidRPr="0010218D" w:rsidRDefault="00115F88">
      <w:pPr>
        <w:spacing w:after="80"/>
        <w:rPr>
          <w:lang w:val="nl-NL"/>
        </w:rPr>
      </w:pPr>
      <w:r w:rsidRPr="0010218D">
        <w:rPr>
          <w:b/>
          <w:sz w:val="24"/>
          <w:lang w:val="nl-NL"/>
        </w:rPr>
        <w:t>Bericht 3 – Ventileren</w:t>
      </w:r>
    </w:p>
    <w:p w14:paraId="5608147D" w14:textId="77777777" w:rsidR="00A51126" w:rsidRPr="0010218D" w:rsidRDefault="00115F88">
      <w:pPr>
        <w:spacing w:after="40"/>
        <w:rPr>
          <w:lang w:val="nl-NL"/>
        </w:rPr>
      </w:pPr>
      <w:r w:rsidRPr="0010218D">
        <w:rPr>
          <w:color w:val="AEAAAA"/>
          <w:lang w:val="nl-NL"/>
        </w:rPr>
        <w:t>Lange tekst</w:t>
      </w:r>
    </w:p>
    <w:p w14:paraId="0F06D907" w14:textId="77777777" w:rsidR="00A51126" w:rsidRPr="0010218D" w:rsidRDefault="00115F88">
      <w:pPr>
        <w:spacing w:after="160"/>
        <w:rPr>
          <w:lang w:val="nl-NL"/>
        </w:rPr>
      </w:pPr>
      <w:r w:rsidRPr="0010218D">
        <w:rPr>
          <w:lang w:val="nl-NL"/>
        </w:rPr>
        <w:t>Hoe zorg je voor frisse lucht in een goed geïsoleerd huis? Heb jij ventilatieroosters, slimme ventilatie of een WTW-systeem en merk je verschil in huis?</w:t>
      </w:r>
    </w:p>
    <w:p w14:paraId="14C09E50" w14:textId="77777777" w:rsidR="00A51126" w:rsidRPr="0010218D" w:rsidRDefault="00115F88">
      <w:pPr>
        <w:spacing w:after="160"/>
        <w:rPr>
          <w:lang w:val="nl-NL"/>
        </w:rPr>
      </w:pPr>
      <w:r w:rsidRPr="0010218D">
        <w:rPr>
          <w:lang w:val="nl-NL"/>
        </w:rPr>
        <w:t>Laat tijdens de Open Dagen van de Nationale Duurzame Huizen Route zien hoe jij de ventilatie hebt aangepakt en vertel hoe dat in de praktijk bevalt. De Open Dagen zijn op zaterdag 31 oktober en zaterdag 7 november.</w:t>
      </w:r>
    </w:p>
    <w:p w14:paraId="3C862274" w14:textId="77777777" w:rsidR="00A51126" w:rsidRPr="0010218D" w:rsidRDefault="00115F88">
      <w:pPr>
        <w:spacing w:after="160"/>
        <w:rPr>
          <w:lang w:val="nl-NL"/>
        </w:rPr>
      </w:pPr>
      <w:r w:rsidRPr="0010218D">
        <w:rPr>
          <w:lang w:val="nl-NL"/>
        </w:rPr>
        <w:t>Ook meedoen? Meld je woning aan via duurzamehuizenroute.nl/aanmelden.</w:t>
      </w:r>
    </w:p>
    <w:p w14:paraId="00E4893F" w14:textId="77777777" w:rsidR="00A51126" w:rsidRPr="0010218D" w:rsidRDefault="00115F88">
      <w:pPr>
        <w:spacing w:after="40"/>
        <w:rPr>
          <w:lang w:val="nl-NL"/>
        </w:rPr>
      </w:pPr>
      <w:r w:rsidRPr="0010218D">
        <w:rPr>
          <w:color w:val="AEAAAA"/>
          <w:lang w:val="nl-NL"/>
        </w:rPr>
        <w:t>Korte tekst</w:t>
      </w:r>
    </w:p>
    <w:p w14:paraId="5A71E5D7" w14:textId="77777777" w:rsidR="00A51126" w:rsidRPr="0010218D" w:rsidRDefault="00115F88">
      <w:pPr>
        <w:spacing w:after="160"/>
        <w:rPr>
          <w:lang w:val="nl-NL"/>
        </w:rPr>
      </w:pPr>
      <w:r w:rsidRPr="0010218D">
        <w:rPr>
          <w:lang w:val="nl-NL"/>
        </w:rPr>
        <w:lastRenderedPageBreak/>
        <w:t>Hoe zorg jij voor frisse lucht in huis? Met ventilatieroosters, slimme ventilatie of een WTW-systeem? Laat tijdens de Open Dagen zien hoe jij het hebt aangepakt. 31 okt &amp; 7 nov. Meld je aan via duurzamehuizenroute.nl/aanmelden.</w:t>
      </w:r>
    </w:p>
    <w:p w14:paraId="5E8B4C89" w14:textId="77777777" w:rsidR="00A51126" w:rsidRPr="0010218D" w:rsidRDefault="00115F88">
      <w:pPr>
        <w:spacing w:after="80"/>
        <w:rPr>
          <w:lang w:val="nl-NL"/>
        </w:rPr>
      </w:pPr>
      <w:r w:rsidRPr="0010218D">
        <w:rPr>
          <w:b/>
          <w:sz w:val="24"/>
          <w:lang w:val="nl-NL"/>
        </w:rPr>
        <w:t>Bericht 4 – Besparen op energiekosten</w:t>
      </w:r>
    </w:p>
    <w:p w14:paraId="21040A80" w14:textId="77777777" w:rsidR="00A51126" w:rsidRPr="0010218D" w:rsidRDefault="00115F88">
      <w:pPr>
        <w:spacing w:after="40"/>
        <w:rPr>
          <w:lang w:val="nl-NL"/>
        </w:rPr>
      </w:pPr>
      <w:r w:rsidRPr="0010218D">
        <w:rPr>
          <w:color w:val="AEAAAA"/>
          <w:lang w:val="nl-NL"/>
        </w:rPr>
        <w:t>Lange tekst</w:t>
      </w:r>
    </w:p>
    <w:p w14:paraId="3313851A" w14:textId="77777777" w:rsidR="00A51126" w:rsidRPr="0010218D" w:rsidRDefault="00115F88">
      <w:pPr>
        <w:spacing w:after="160"/>
        <w:rPr>
          <w:lang w:val="nl-NL"/>
        </w:rPr>
      </w:pPr>
      <w:r w:rsidRPr="0010218D">
        <w:rPr>
          <w:lang w:val="nl-NL"/>
        </w:rPr>
        <w:t>Merk je verschil op je energierekening sinds je je huis hebt aangepakt? Misschien heb je geïsoleerd, HR++ glas geplaatst, zonnepanelen genomen of gekozen voor een (hybride) warmtepomp.</w:t>
      </w:r>
    </w:p>
    <w:p w14:paraId="0EE5FD8E" w14:textId="77777777" w:rsidR="00A51126" w:rsidRPr="0010218D" w:rsidRDefault="00115F88">
      <w:pPr>
        <w:spacing w:after="160"/>
        <w:rPr>
          <w:lang w:val="nl-NL"/>
        </w:rPr>
      </w:pPr>
      <w:r w:rsidRPr="0010218D">
        <w:rPr>
          <w:lang w:val="nl-NL"/>
        </w:rPr>
        <w:t>Op zaterdag 31 oktober en zaterdag 7 november kun je tijdens de open dagen laten zien welke maatregelen je hebt genomen, wat ze opleveren en wat je onderweg hebt geleerd.</w:t>
      </w:r>
    </w:p>
    <w:p w14:paraId="283CF286" w14:textId="77777777" w:rsidR="00A51126" w:rsidRPr="0010218D" w:rsidRDefault="00115F88">
      <w:pPr>
        <w:spacing w:after="160"/>
        <w:rPr>
          <w:lang w:val="nl-NL"/>
        </w:rPr>
      </w:pPr>
      <w:r w:rsidRPr="0010218D">
        <w:rPr>
          <w:lang w:val="nl-NL"/>
        </w:rPr>
        <w:t>Ook meedoen? Meld je woning aan via duurzamehuizenroute.nl/aanmelden.</w:t>
      </w:r>
    </w:p>
    <w:p w14:paraId="4530D286" w14:textId="77777777" w:rsidR="00A51126" w:rsidRPr="0010218D" w:rsidRDefault="00115F88">
      <w:pPr>
        <w:spacing w:after="40"/>
        <w:rPr>
          <w:lang w:val="nl-NL"/>
        </w:rPr>
      </w:pPr>
      <w:r w:rsidRPr="0010218D">
        <w:rPr>
          <w:color w:val="AEAAAA"/>
          <w:lang w:val="nl-NL"/>
        </w:rPr>
        <w:t>Korte tekst</w:t>
      </w:r>
    </w:p>
    <w:p w14:paraId="7D094255" w14:textId="77777777" w:rsidR="00A51126" w:rsidRDefault="00115F88">
      <w:pPr>
        <w:spacing w:after="160"/>
      </w:pPr>
      <w:r w:rsidRPr="0010218D">
        <w:rPr>
          <w:lang w:val="nl-NL"/>
        </w:rPr>
        <w:t xml:space="preserve">Huis aangepakt en merk je dat op je energierekening? Laat tijdens de Open Dagen zien wat je hebt gedaan en vertel wat het je oplevert. </w:t>
      </w:r>
      <w:r>
        <w:t xml:space="preserve">31 </w:t>
      </w:r>
      <w:proofErr w:type="spellStart"/>
      <w:r>
        <w:t>okt</w:t>
      </w:r>
      <w:proofErr w:type="spellEnd"/>
      <w:r>
        <w:t xml:space="preserve"> &amp; 7 nov. Meld je aan via duurzamehuizenroute.nl/aanmelden.</w:t>
      </w:r>
    </w:p>
    <w:sectPr w:rsidR="00A51126" w:rsidSect="00034616">
      <w:head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CC531" w14:textId="77777777" w:rsidR="00115F88" w:rsidRDefault="00115F88">
      <w:pPr>
        <w:spacing w:after="0" w:line="240" w:lineRule="auto"/>
      </w:pPr>
      <w:r>
        <w:separator/>
      </w:r>
    </w:p>
  </w:endnote>
  <w:endnote w:type="continuationSeparator" w:id="0">
    <w:p w14:paraId="50846922" w14:textId="77777777" w:rsidR="00115F88" w:rsidRDefault="00115F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ADA92" w14:textId="77777777" w:rsidR="00115F88" w:rsidRDefault="00115F88">
      <w:pPr>
        <w:spacing w:after="0" w:line="240" w:lineRule="auto"/>
      </w:pPr>
      <w:r>
        <w:separator/>
      </w:r>
    </w:p>
  </w:footnote>
  <w:footnote w:type="continuationSeparator" w:id="0">
    <w:p w14:paraId="73DD6ED9" w14:textId="77777777" w:rsidR="00115F88" w:rsidRDefault="00115F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52603" w14:textId="77777777" w:rsidR="00A51126" w:rsidRDefault="00115F88">
    <w:pPr>
      <w:pStyle w:val="Koptekst"/>
      <w:spacing w:after="80"/>
    </w:pPr>
    <w:r>
      <w:rPr>
        <w:noProof/>
      </w:rPr>
      <w:drawing>
        <wp:inline distT="0" distB="0" distL="0" distR="0" wp14:anchorId="567FF457" wp14:editId="05CDA006">
          <wp:extent cx="1517904" cy="4387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hr_logo.png"/>
                  <pic:cNvPicPr/>
                </pic:nvPicPr>
                <pic:blipFill>
                  <a:blip r:embed="rId1"/>
                  <a:stretch>
                    <a:fillRect/>
                  </a:stretch>
                </pic:blipFill>
                <pic:spPr>
                  <a:xfrm>
                    <a:off x="0" y="0"/>
                    <a:ext cx="1517904" cy="43876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53042872">
    <w:abstractNumId w:val="8"/>
  </w:num>
  <w:num w:numId="2" w16cid:durableId="1377965648">
    <w:abstractNumId w:val="6"/>
  </w:num>
  <w:num w:numId="3" w16cid:durableId="683213732">
    <w:abstractNumId w:val="5"/>
  </w:num>
  <w:num w:numId="4" w16cid:durableId="1996756691">
    <w:abstractNumId w:val="4"/>
  </w:num>
  <w:num w:numId="5" w16cid:durableId="825324546">
    <w:abstractNumId w:val="7"/>
  </w:num>
  <w:num w:numId="6" w16cid:durableId="597956071">
    <w:abstractNumId w:val="3"/>
  </w:num>
  <w:num w:numId="7" w16cid:durableId="127669907">
    <w:abstractNumId w:val="2"/>
  </w:num>
  <w:num w:numId="8" w16cid:durableId="839392147">
    <w:abstractNumId w:val="1"/>
  </w:num>
  <w:num w:numId="9" w16cid:durableId="1803695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0218D"/>
    <w:rsid w:val="00115F88"/>
    <w:rsid w:val="0015074B"/>
    <w:rsid w:val="0029639D"/>
    <w:rsid w:val="00326F90"/>
    <w:rsid w:val="0046548E"/>
    <w:rsid w:val="00A5112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F2B1CC"/>
  <w14:defaultImageDpi w14:val="300"/>
  <w15:docId w15:val="{92EEB2C9-3C80-4E93-B328-B8E106488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Calibri" w:hAnsi="Calibri"/>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10218D"/>
    <w:rPr>
      <w:color w:val="0000FF" w:themeColor="hyperlink"/>
      <w:u w:val="single"/>
    </w:rPr>
  </w:style>
  <w:style w:type="character" w:styleId="Onopgelostemelding">
    <w:name w:val="Unresolved Mention"/>
    <w:basedOn w:val="Standaardalinea-lettertype"/>
    <w:uiPriority w:val="99"/>
    <w:semiHidden/>
    <w:unhideWhenUsed/>
    <w:rsid w:val="001021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uurzamehuizenroute.nl/aanmelde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uurzamehuizenroute.nl/aanmelden/" TargetMode="External"/><Relationship Id="rId5" Type="http://schemas.openxmlformats.org/officeDocument/2006/relationships/webSettings" Target="webSettings.xml"/><Relationship Id="rId10" Type="http://schemas.openxmlformats.org/officeDocument/2006/relationships/hyperlink" Target="https://duurzamehuizenroute.nl/aanmelden/" TargetMode="External"/><Relationship Id="rId4" Type="http://schemas.openxmlformats.org/officeDocument/2006/relationships/settings" Target="settings.xml"/><Relationship Id="rId9" Type="http://schemas.openxmlformats.org/officeDocument/2006/relationships/hyperlink" Target="https://duurzamehuizenroute.nl/aanmeld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Lena Sukhovetska</cp:lastModifiedBy>
  <cp:revision>2</cp:revision>
  <dcterms:created xsi:type="dcterms:W3CDTF">2026-09-01T12:03:00Z</dcterms:created>
  <dcterms:modified xsi:type="dcterms:W3CDTF">2026-09-01T12:03:00Z</dcterms:modified>
  <cp:category/>
</cp:coreProperties>
</file>