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FB6C" w14:textId="36EEBF8F" w:rsidR="002E7649" w:rsidRPr="00444E1A" w:rsidRDefault="00D42CA8">
      <w:pPr>
        <w:spacing w:after="120"/>
        <w:rPr>
          <w:b/>
          <w:bCs/>
          <w:sz w:val="22"/>
          <w:szCs w:val="28"/>
          <w:lang w:val="nl-NL"/>
        </w:rPr>
      </w:pPr>
      <w:r w:rsidRPr="00444E1A">
        <w:rPr>
          <w:b/>
          <w:bCs/>
          <w:sz w:val="22"/>
          <w:lang w:val="nl-NL"/>
        </w:rPr>
        <w:t>PERSBERICHT, 8 oktober 2026  (korte versie)</w:t>
      </w:r>
    </w:p>
    <w:p w14:paraId="42AE20FF" w14:textId="793166F9" w:rsidR="002E7649" w:rsidRPr="00444E1A" w:rsidRDefault="001928ED">
      <w:pPr>
        <w:pStyle w:val="Titel"/>
        <w:spacing w:after="60"/>
        <w:rPr>
          <w:rFonts w:cstheme="majorHAnsi"/>
          <w:lang w:val="nl-NL"/>
        </w:rPr>
      </w:pPr>
      <w:r w:rsidRPr="00444E1A">
        <w:rPr>
          <w:rFonts w:cstheme="majorHAnsi"/>
          <w:color w:val="212121"/>
          <w:sz w:val="40"/>
          <w:szCs w:val="40"/>
          <w:lang w:val="nl-NL"/>
        </w:rPr>
        <w:t>Plannen voor je huis? Kijk binnen bij mensen in de buurt</w:t>
      </w:r>
    </w:p>
    <w:p w14:paraId="2D34AA69" w14:textId="77777777" w:rsidR="002E7649" w:rsidRPr="00444E1A" w:rsidRDefault="002E7649">
      <w:pPr>
        <w:rPr>
          <w:lang w:val="nl-NL"/>
        </w:rPr>
      </w:pPr>
    </w:p>
    <w:p w14:paraId="46D2FA7E" w14:textId="75A965EE" w:rsidR="001928ED" w:rsidRPr="00444E1A" w:rsidRDefault="004A6A22" w:rsidP="008F52A9">
      <w:pPr>
        <w:rPr>
          <w:sz w:val="22"/>
        </w:rPr>
      </w:pPr>
      <w:r w:rsidRPr="00444E1A">
        <w:rPr>
          <w:b/>
          <w:bCs/>
          <w:color w:val="212121"/>
          <w:sz w:val="22"/>
          <w:lang w:val="nl-NL"/>
        </w:rPr>
        <w:t xml:space="preserve">Benieuwd hoe anderen hun huis hebben aangepakt? Op zaterdag 31 oktober en 7 november openen huiseigenaren door heel Nederland hun deuren tijdens de open dagen van de Nationale Duurzame Huizen Route. Bezoekers kunnen gratis binnenkijken, vragen stellen en horen </w:t>
      </w:r>
      <w:r w:rsidR="001928ED" w:rsidRPr="00444E1A">
        <w:rPr>
          <w:b/>
          <w:bCs/>
          <w:color w:val="212121"/>
          <w:sz w:val="22"/>
          <w:lang w:val="nl-NL"/>
        </w:rPr>
        <w:t xml:space="preserve">wat de ervaringen zijn met </w:t>
      </w:r>
      <w:r w:rsidRPr="00444E1A">
        <w:rPr>
          <w:b/>
          <w:bCs/>
          <w:color w:val="212121"/>
          <w:sz w:val="22"/>
          <w:lang w:val="nl-NL"/>
        </w:rPr>
        <w:t>verschillende maatregelen.</w:t>
      </w:r>
      <w:r w:rsidR="00D95D6B">
        <w:rPr>
          <w:b/>
          <w:bCs/>
          <w:color w:val="212121"/>
          <w:sz w:val="22"/>
          <w:lang w:val="nl-NL"/>
        </w:rPr>
        <w:br/>
      </w:r>
      <w:r w:rsidR="00D95D6B">
        <w:rPr>
          <w:b/>
          <w:bCs/>
          <w:color w:val="212121"/>
          <w:sz w:val="22"/>
          <w:lang w:val="nl-NL"/>
        </w:rPr>
        <w:br/>
      </w:r>
      <w:r w:rsidRPr="00444E1A">
        <w:rPr>
          <w:sz w:val="22"/>
          <w:lang w:val="nl-NL"/>
        </w:rPr>
        <w:t>Wie zijn huis warmer, energiezuiniger of comfortabeler wil maken, heeft vaak veel vragen. Wat kost isolatie? Hoe bevalt een warmtepomp? En hoe zorg je voor voldoende frisse lucht in een goed geïsoleerd huis? Tijdens de open dagen kun je</w:t>
      </w:r>
      <w:r w:rsidR="00D42CA8" w:rsidRPr="00444E1A">
        <w:rPr>
          <w:sz w:val="22"/>
          <w:lang w:val="nl-NL"/>
        </w:rPr>
        <w:t xml:space="preserve"> deze vragen aan iemand die dit zelf al heeft gedaan.</w:t>
      </w:r>
      <w:r w:rsidR="00D95D6B">
        <w:rPr>
          <w:sz w:val="22"/>
          <w:lang w:val="nl-NL"/>
        </w:rPr>
        <w:br/>
      </w:r>
      <w:r w:rsidR="00D95D6B">
        <w:rPr>
          <w:sz w:val="22"/>
          <w:lang w:val="nl-NL"/>
        </w:rPr>
        <w:br/>
      </w:r>
      <w:r w:rsidRPr="00444E1A">
        <w:rPr>
          <w:sz w:val="22"/>
          <w:lang w:val="nl-NL"/>
        </w:rPr>
        <w:t xml:space="preserve">Er doen allerlei soorten woningen mee: van appartementen en tussenwoningen tot vrijstaande huizen en boerderijen. </w:t>
      </w:r>
      <w:r w:rsidR="00F10695" w:rsidRPr="00444E1A">
        <w:rPr>
          <w:sz w:val="22"/>
          <w:lang w:val="nl-NL"/>
        </w:rPr>
        <w:t xml:space="preserve">Het verschilt per adres wat er precies te zien is. </w:t>
      </w:r>
      <w:r w:rsidRPr="00444E1A">
        <w:rPr>
          <w:sz w:val="22"/>
          <w:lang w:val="nl-NL"/>
        </w:rPr>
        <w:t xml:space="preserve">Denk aan vloer- en dakisolatie, HR++ glas, ventilatie, </w:t>
      </w:r>
      <w:r w:rsidR="00F10695" w:rsidRPr="00444E1A">
        <w:rPr>
          <w:sz w:val="22"/>
          <w:lang w:val="nl-NL"/>
        </w:rPr>
        <w:t xml:space="preserve">een </w:t>
      </w:r>
      <w:r w:rsidRPr="00444E1A">
        <w:rPr>
          <w:sz w:val="22"/>
          <w:lang w:val="nl-NL"/>
        </w:rPr>
        <w:t xml:space="preserve">warmtepomp, zonnepanelen </w:t>
      </w:r>
      <w:r w:rsidR="00F10695" w:rsidRPr="00444E1A">
        <w:rPr>
          <w:sz w:val="22"/>
          <w:lang w:val="nl-NL"/>
        </w:rPr>
        <w:t xml:space="preserve">of een </w:t>
      </w:r>
      <w:r w:rsidRPr="00444E1A">
        <w:rPr>
          <w:sz w:val="22"/>
          <w:lang w:val="nl-NL"/>
        </w:rPr>
        <w:t>thuisaccu.</w:t>
      </w:r>
      <w:r w:rsidR="00D95D6B">
        <w:rPr>
          <w:sz w:val="22"/>
          <w:lang w:val="nl-NL"/>
        </w:rPr>
        <w:br/>
      </w:r>
      <w:r w:rsidR="00D95D6B">
        <w:rPr>
          <w:sz w:val="22"/>
          <w:lang w:val="nl-NL"/>
        </w:rPr>
        <w:br/>
      </w:r>
      <w:r w:rsidRPr="00444E1A">
        <w:rPr>
          <w:sz w:val="22"/>
          <w:lang w:val="nl-NL"/>
        </w:rPr>
        <w:t xml:space="preserve">Een bezoek is gratis. </w:t>
      </w:r>
      <w:r w:rsidR="001928ED" w:rsidRPr="00444E1A">
        <w:rPr>
          <w:sz w:val="22"/>
          <w:lang w:val="nl-NL"/>
        </w:rPr>
        <w:t xml:space="preserve">Als bezoeker </w:t>
      </w:r>
      <w:r w:rsidRPr="00444E1A">
        <w:rPr>
          <w:sz w:val="22"/>
          <w:lang w:val="nl-NL"/>
        </w:rPr>
        <w:t xml:space="preserve">schrijf je </w:t>
      </w:r>
      <w:r w:rsidR="001928ED" w:rsidRPr="00444E1A">
        <w:rPr>
          <w:sz w:val="22"/>
          <w:lang w:val="nl-NL"/>
        </w:rPr>
        <w:t xml:space="preserve">je </w:t>
      </w:r>
      <w:r w:rsidRPr="00444E1A">
        <w:rPr>
          <w:sz w:val="22"/>
          <w:lang w:val="nl-NL"/>
        </w:rPr>
        <w:t xml:space="preserve">vooraf in bij een woning, zodat de bewoners weten hoeveel mensen zij kunnen verwachten. </w:t>
      </w:r>
      <w:proofErr w:type="spellStart"/>
      <w:r w:rsidR="001928ED" w:rsidRPr="00444E1A">
        <w:rPr>
          <w:sz w:val="22"/>
        </w:rPr>
        <w:t>Aanmelden</w:t>
      </w:r>
      <w:proofErr w:type="spellEnd"/>
      <w:r w:rsidR="001928ED" w:rsidRPr="00444E1A">
        <w:rPr>
          <w:sz w:val="22"/>
        </w:rPr>
        <w:t xml:space="preserve"> </w:t>
      </w:r>
      <w:proofErr w:type="spellStart"/>
      <w:r w:rsidR="008F52A9" w:rsidRPr="00444E1A">
        <w:rPr>
          <w:sz w:val="22"/>
        </w:rPr>
        <w:t>voor</w:t>
      </w:r>
      <w:proofErr w:type="spellEnd"/>
      <w:r w:rsidR="008F52A9" w:rsidRPr="00444E1A">
        <w:rPr>
          <w:sz w:val="22"/>
        </w:rPr>
        <w:t xml:space="preserve"> </w:t>
      </w:r>
      <w:proofErr w:type="spellStart"/>
      <w:r w:rsidR="008F52A9" w:rsidRPr="00444E1A">
        <w:rPr>
          <w:sz w:val="22"/>
        </w:rPr>
        <w:t>één</w:t>
      </w:r>
      <w:proofErr w:type="spellEnd"/>
      <w:r w:rsidR="008F52A9" w:rsidRPr="00444E1A">
        <w:rPr>
          <w:sz w:val="22"/>
        </w:rPr>
        <w:t xml:space="preserve"> of </w:t>
      </w:r>
      <w:proofErr w:type="spellStart"/>
      <w:r w:rsidR="008F52A9" w:rsidRPr="00444E1A">
        <w:rPr>
          <w:sz w:val="22"/>
        </w:rPr>
        <w:t>meerdere</w:t>
      </w:r>
      <w:proofErr w:type="spellEnd"/>
      <w:r w:rsidR="008F52A9" w:rsidRPr="00444E1A">
        <w:rPr>
          <w:sz w:val="22"/>
        </w:rPr>
        <w:t xml:space="preserve"> </w:t>
      </w:r>
      <w:proofErr w:type="spellStart"/>
      <w:r w:rsidR="008F52A9" w:rsidRPr="00444E1A">
        <w:rPr>
          <w:sz w:val="22"/>
        </w:rPr>
        <w:t>woningen</w:t>
      </w:r>
      <w:proofErr w:type="spellEnd"/>
      <w:r w:rsidR="008F52A9" w:rsidRPr="00444E1A">
        <w:rPr>
          <w:sz w:val="22"/>
        </w:rPr>
        <w:t xml:space="preserve"> </w:t>
      </w:r>
      <w:proofErr w:type="spellStart"/>
      <w:r w:rsidR="001928ED" w:rsidRPr="00444E1A">
        <w:rPr>
          <w:sz w:val="22"/>
        </w:rPr>
        <w:t>kan</w:t>
      </w:r>
      <w:proofErr w:type="spellEnd"/>
      <w:r w:rsidR="001928ED" w:rsidRPr="00444E1A">
        <w:rPr>
          <w:sz w:val="22"/>
        </w:rPr>
        <w:t xml:space="preserve"> via </w:t>
      </w:r>
      <w:hyperlink r:id="rId8" w:history="1">
        <w:r w:rsidR="001928ED" w:rsidRPr="00444E1A">
          <w:rPr>
            <w:rStyle w:val="Zwaar"/>
            <w:b w:val="0"/>
            <w:bCs w:val="0"/>
            <w:color w:val="0000FF"/>
            <w:sz w:val="22"/>
            <w:u w:val="single"/>
          </w:rPr>
          <w:t>www.duurzamehuizenroute.nl/open-woningen</w:t>
        </w:r>
      </w:hyperlink>
      <w:r w:rsidR="001928ED" w:rsidRPr="00444E1A">
        <w:rPr>
          <w:sz w:val="22"/>
        </w:rPr>
        <w:t>.</w:t>
      </w:r>
      <w:r w:rsidR="008F52A9" w:rsidRPr="00444E1A">
        <w:rPr>
          <w:sz w:val="22"/>
        </w:rPr>
        <w:t xml:space="preserve"> In het </w:t>
      </w:r>
      <w:proofErr w:type="spellStart"/>
      <w:r w:rsidR="008F52A9" w:rsidRPr="00444E1A">
        <w:rPr>
          <w:sz w:val="22"/>
        </w:rPr>
        <w:t>overzicht</w:t>
      </w:r>
      <w:proofErr w:type="spellEnd"/>
      <w:r w:rsidR="008F52A9" w:rsidRPr="00444E1A">
        <w:rPr>
          <w:sz w:val="22"/>
        </w:rPr>
        <w:t xml:space="preserve"> is </w:t>
      </w:r>
      <w:proofErr w:type="spellStart"/>
      <w:r w:rsidR="008F52A9" w:rsidRPr="00444E1A">
        <w:rPr>
          <w:sz w:val="22"/>
        </w:rPr>
        <w:t>ook</w:t>
      </w:r>
      <w:proofErr w:type="spellEnd"/>
      <w:r w:rsidR="008F52A9" w:rsidRPr="00444E1A">
        <w:rPr>
          <w:sz w:val="22"/>
        </w:rPr>
        <w:t xml:space="preserve"> te </w:t>
      </w:r>
      <w:proofErr w:type="spellStart"/>
      <w:r w:rsidR="008F52A9" w:rsidRPr="00444E1A">
        <w:rPr>
          <w:sz w:val="22"/>
        </w:rPr>
        <w:t>zien</w:t>
      </w:r>
      <w:proofErr w:type="spellEnd"/>
      <w:r w:rsidR="008F52A9" w:rsidRPr="00444E1A">
        <w:rPr>
          <w:sz w:val="22"/>
        </w:rPr>
        <w:t xml:space="preserve"> </w:t>
      </w:r>
      <w:proofErr w:type="spellStart"/>
      <w:r w:rsidR="008F52A9" w:rsidRPr="00444E1A">
        <w:rPr>
          <w:sz w:val="22"/>
        </w:rPr>
        <w:t>welke</w:t>
      </w:r>
      <w:proofErr w:type="spellEnd"/>
      <w:r w:rsidR="008F52A9" w:rsidRPr="00444E1A">
        <w:rPr>
          <w:sz w:val="22"/>
        </w:rPr>
        <w:t xml:space="preserve"> </w:t>
      </w:r>
      <w:proofErr w:type="spellStart"/>
      <w:r w:rsidR="008F52A9" w:rsidRPr="00444E1A">
        <w:rPr>
          <w:sz w:val="22"/>
        </w:rPr>
        <w:t>woningen</w:t>
      </w:r>
      <w:proofErr w:type="spellEnd"/>
      <w:r w:rsidR="008F52A9" w:rsidRPr="00444E1A">
        <w:rPr>
          <w:sz w:val="22"/>
        </w:rPr>
        <w:t xml:space="preserve"> in de </w:t>
      </w:r>
      <w:proofErr w:type="spellStart"/>
      <w:r w:rsidR="008F52A9" w:rsidRPr="00444E1A">
        <w:rPr>
          <w:sz w:val="22"/>
        </w:rPr>
        <w:t>buurt</w:t>
      </w:r>
      <w:proofErr w:type="spellEnd"/>
      <w:r w:rsidR="008F52A9" w:rsidRPr="00444E1A">
        <w:rPr>
          <w:sz w:val="22"/>
        </w:rPr>
        <w:t xml:space="preserve"> </w:t>
      </w:r>
      <w:proofErr w:type="spellStart"/>
      <w:r w:rsidR="008F52A9" w:rsidRPr="00444E1A">
        <w:rPr>
          <w:sz w:val="22"/>
        </w:rPr>
        <w:t>meedoen</w:t>
      </w:r>
      <w:proofErr w:type="spellEnd"/>
      <w:r w:rsidR="008F52A9" w:rsidRPr="00444E1A">
        <w:rPr>
          <w:sz w:val="22"/>
        </w:rPr>
        <w:t xml:space="preserve"> en </w:t>
      </w:r>
      <w:proofErr w:type="spellStart"/>
      <w:r w:rsidR="008F52A9" w:rsidRPr="00444E1A">
        <w:rPr>
          <w:sz w:val="22"/>
        </w:rPr>
        <w:t>kan</w:t>
      </w:r>
      <w:proofErr w:type="spellEnd"/>
      <w:r w:rsidR="008F52A9" w:rsidRPr="00444E1A">
        <w:rPr>
          <w:sz w:val="22"/>
        </w:rPr>
        <w:t xml:space="preserve"> </w:t>
      </w:r>
      <w:proofErr w:type="spellStart"/>
      <w:r w:rsidR="008F52A9" w:rsidRPr="00444E1A">
        <w:rPr>
          <w:sz w:val="22"/>
        </w:rPr>
        <w:t>gezocht</w:t>
      </w:r>
      <w:proofErr w:type="spellEnd"/>
      <w:r w:rsidR="008F52A9" w:rsidRPr="00444E1A">
        <w:rPr>
          <w:sz w:val="22"/>
        </w:rPr>
        <w:t xml:space="preserve"> </w:t>
      </w:r>
      <w:proofErr w:type="spellStart"/>
      <w:r w:rsidR="008F52A9" w:rsidRPr="00444E1A">
        <w:rPr>
          <w:sz w:val="22"/>
        </w:rPr>
        <w:t>worden</w:t>
      </w:r>
      <w:proofErr w:type="spellEnd"/>
      <w:r w:rsidR="008F52A9" w:rsidRPr="00444E1A">
        <w:rPr>
          <w:sz w:val="22"/>
        </w:rPr>
        <w:t xml:space="preserve"> op </w:t>
      </w:r>
      <w:proofErr w:type="spellStart"/>
      <w:r w:rsidR="008F52A9" w:rsidRPr="00444E1A">
        <w:rPr>
          <w:sz w:val="22"/>
        </w:rPr>
        <w:t>bijvoorbeeld</w:t>
      </w:r>
      <w:proofErr w:type="spellEnd"/>
      <w:r w:rsidR="008F52A9" w:rsidRPr="00444E1A">
        <w:rPr>
          <w:sz w:val="22"/>
        </w:rPr>
        <w:t xml:space="preserve"> </w:t>
      </w:r>
      <w:proofErr w:type="spellStart"/>
      <w:r w:rsidR="008F52A9" w:rsidRPr="00444E1A">
        <w:rPr>
          <w:sz w:val="22"/>
        </w:rPr>
        <w:t>een</w:t>
      </w:r>
      <w:proofErr w:type="spellEnd"/>
      <w:r w:rsidR="008F52A9" w:rsidRPr="00444E1A">
        <w:rPr>
          <w:sz w:val="22"/>
        </w:rPr>
        <w:t xml:space="preserve"> </w:t>
      </w:r>
      <w:proofErr w:type="spellStart"/>
      <w:r w:rsidR="008F52A9" w:rsidRPr="00444E1A">
        <w:rPr>
          <w:sz w:val="22"/>
        </w:rPr>
        <w:t>maatregel</w:t>
      </w:r>
      <w:proofErr w:type="spellEnd"/>
      <w:r w:rsidR="008F52A9" w:rsidRPr="00444E1A">
        <w:rPr>
          <w:sz w:val="22"/>
        </w:rPr>
        <w:t xml:space="preserve"> of </w:t>
      </w:r>
      <w:proofErr w:type="spellStart"/>
      <w:r w:rsidR="008F52A9" w:rsidRPr="00444E1A">
        <w:rPr>
          <w:sz w:val="22"/>
        </w:rPr>
        <w:t>bouwjaar</w:t>
      </w:r>
      <w:proofErr w:type="spellEnd"/>
      <w:r w:rsidR="008F52A9" w:rsidRPr="00444E1A">
        <w:rPr>
          <w:sz w:val="22"/>
        </w:rPr>
        <w:t xml:space="preserve"> van de </w:t>
      </w:r>
      <w:proofErr w:type="spellStart"/>
      <w:r w:rsidR="008F52A9" w:rsidRPr="00444E1A">
        <w:rPr>
          <w:sz w:val="22"/>
        </w:rPr>
        <w:t>woning</w:t>
      </w:r>
      <w:proofErr w:type="spellEnd"/>
      <w:r w:rsidR="008F52A9" w:rsidRPr="00444E1A">
        <w:rPr>
          <w:sz w:val="22"/>
        </w:rPr>
        <w:t xml:space="preserve">. </w:t>
      </w:r>
    </w:p>
    <w:p w14:paraId="2DCED3ED" w14:textId="77777777" w:rsidR="002E7649" w:rsidRPr="00444E1A" w:rsidRDefault="002E7649">
      <w:pPr>
        <w:pStyle w:val="Geenafstand"/>
        <w:pBdr>
          <w:bottom w:val="single" w:sz="6" w:space="0" w:color="auto"/>
        </w:pBdr>
        <w:rPr>
          <w:rFonts w:ascii="Aptos" w:hAnsi="Aptos"/>
          <w:lang w:val="nl-NL"/>
        </w:rPr>
      </w:pPr>
    </w:p>
    <w:p w14:paraId="3FE65AEB" w14:textId="77777777" w:rsidR="002E7649" w:rsidRPr="00456B5C" w:rsidRDefault="004A6A22">
      <w:pPr>
        <w:pStyle w:val="Geenafstand"/>
        <w:rPr>
          <w:rFonts w:ascii="Aptos" w:hAnsi="Aptos"/>
          <w:sz w:val="20"/>
          <w:szCs w:val="20"/>
          <w:lang w:val="nl-NL"/>
        </w:rPr>
      </w:pPr>
      <w:r w:rsidRPr="00456B5C">
        <w:rPr>
          <w:rFonts w:ascii="Aptos" w:hAnsi="Aptos"/>
          <w:b/>
          <w:bCs/>
          <w:i/>
          <w:iCs/>
          <w:sz w:val="20"/>
          <w:szCs w:val="20"/>
          <w:lang w:val="nl-NL"/>
        </w:rPr>
        <w:t>Noot voor de redactie:</w:t>
      </w:r>
    </w:p>
    <w:p w14:paraId="033AD1C0" w14:textId="4228DE90" w:rsidR="002E7649" w:rsidRPr="00456B5C" w:rsidRDefault="004A6A22">
      <w:pPr>
        <w:pStyle w:val="Geenafstand"/>
        <w:rPr>
          <w:rFonts w:ascii="Aptos" w:hAnsi="Aptos"/>
          <w:sz w:val="20"/>
          <w:szCs w:val="20"/>
          <w:lang w:val="nl-NL"/>
        </w:rPr>
      </w:pPr>
      <w:r w:rsidRPr="00456B5C">
        <w:rPr>
          <w:rFonts w:ascii="Aptos" w:hAnsi="Aptos"/>
          <w:i/>
          <w:iCs/>
          <w:sz w:val="20"/>
          <w:szCs w:val="20"/>
          <w:lang w:val="nl-NL"/>
        </w:rPr>
        <w:t xml:space="preserve">Voor meer informatie kunt u contact opnemen met het team van de Nationale Duurzame Huizen Route met Carina den Otter: 0525-701193 of </w:t>
      </w:r>
      <w:hyperlink r:id="rId9" w:history="1">
        <w:r w:rsidRPr="00456B5C">
          <w:rPr>
            <w:rStyle w:val="Hyperlink"/>
            <w:rFonts w:ascii="Aptos" w:hAnsi="Aptos"/>
            <w:i/>
            <w:iCs/>
            <w:sz w:val="20"/>
            <w:szCs w:val="20"/>
            <w:lang w:val="nl-NL"/>
          </w:rPr>
          <w:t>info@duurzamehuizenroute.nl</w:t>
        </w:r>
      </w:hyperlink>
      <w:r w:rsidRPr="00456B5C">
        <w:rPr>
          <w:rFonts w:ascii="Aptos" w:hAnsi="Aptos"/>
          <w:i/>
          <w:iCs/>
          <w:sz w:val="20"/>
          <w:szCs w:val="20"/>
          <w:lang w:val="nl-NL"/>
        </w:rPr>
        <w:t xml:space="preserve">. Andere afbeeldingen kunt u downloaden via </w:t>
      </w:r>
      <w:hyperlink r:id="rId10" w:history="1">
        <w:r w:rsidRPr="00456B5C">
          <w:rPr>
            <w:rStyle w:val="Hyperlink"/>
            <w:rFonts w:ascii="Aptos" w:hAnsi="Aptos"/>
            <w:i/>
            <w:iCs/>
            <w:sz w:val="20"/>
            <w:szCs w:val="20"/>
            <w:lang w:val="nl-NL"/>
          </w:rPr>
          <w:t>www.duurzamehuizenroute.nl/pers</w:t>
        </w:r>
      </w:hyperlink>
      <w:r w:rsidRPr="00456B5C">
        <w:rPr>
          <w:rFonts w:ascii="Aptos" w:hAnsi="Aptos"/>
          <w:i/>
          <w:iCs/>
          <w:sz w:val="20"/>
          <w:szCs w:val="20"/>
          <w:lang w:val="nl-NL"/>
        </w:rPr>
        <w:t xml:space="preserve">. </w:t>
      </w:r>
      <w:r w:rsidR="00F10695" w:rsidRPr="00456B5C">
        <w:rPr>
          <w:rFonts w:ascii="Aptos" w:hAnsi="Aptos"/>
          <w:i/>
          <w:iCs/>
          <w:sz w:val="20"/>
          <w:szCs w:val="20"/>
          <w:lang w:val="nl-NL"/>
        </w:rPr>
        <w:t>De afbeeldingen</w:t>
      </w:r>
      <w:r w:rsidRPr="00456B5C">
        <w:rPr>
          <w:rFonts w:ascii="Aptos" w:hAnsi="Aptos"/>
          <w:i/>
          <w:iCs/>
          <w:sz w:val="20"/>
          <w:szCs w:val="20"/>
          <w:lang w:val="nl-NL"/>
        </w:rPr>
        <w:t xml:space="preserve"> zijn eigendom van de Nationale Duurzame Huizen Route en mogen uitsluitend gebruikt worden voor uitingen </w:t>
      </w:r>
      <w:r w:rsidR="00F10695" w:rsidRPr="00456B5C">
        <w:rPr>
          <w:rFonts w:ascii="Aptos" w:hAnsi="Aptos"/>
          <w:i/>
          <w:iCs/>
          <w:sz w:val="20"/>
          <w:szCs w:val="20"/>
          <w:lang w:val="nl-NL"/>
        </w:rPr>
        <w:t>over</w:t>
      </w:r>
      <w:r w:rsidRPr="00456B5C">
        <w:rPr>
          <w:rFonts w:ascii="Aptos" w:hAnsi="Aptos"/>
          <w:i/>
          <w:iCs/>
          <w:sz w:val="20"/>
          <w:szCs w:val="20"/>
          <w:lang w:val="nl-NL"/>
        </w:rPr>
        <w:t xml:space="preserve"> de Nationale Duurzame Huizen Route.</w:t>
      </w:r>
    </w:p>
    <w:p w14:paraId="2CDBCF19" w14:textId="0E1F51FB" w:rsidR="00D42CA8" w:rsidRPr="00456B5C" w:rsidRDefault="00D42CA8">
      <w:pPr>
        <w:spacing w:after="200" w:line="276" w:lineRule="auto"/>
        <w:rPr>
          <w:sz w:val="20"/>
          <w:szCs w:val="20"/>
          <w:lang w:val="nl-NL"/>
        </w:rPr>
      </w:pPr>
      <w:r w:rsidRPr="00456B5C">
        <w:rPr>
          <w:sz w:val="18"/>
          <w:szCs w:val="20"/>
          <w:lang w:val="nl-NL"/>
        </w:rPr>
        <w:br w:type="page"/>
      </w:r>
    </w:p>
    <w:p w14:paraId="68A61D69" w14:textId="6703C8F9" w:rsidR="00D42CA8" w:rsidRPr="00444E1A" w:rsidRDefault="00D42CA8" w:rsidP="00D42CA8">
      <w:pPr>
        <w:spacing w:after="120"/>
        <w:rPr>
          <w:b/>
          <w:bCs/>
          <w:sz w:val="22"/>
          <w:szCs w:val="28"/>
          <w:lang w:val="nl-NL"/>
        </w:rPr>
      </w:pPr>
      <w:r w:rsidRPr="00444E1A">
        <w:rPr>
          <w:b/>
          <w:bCs/>
          <w:sz w:val="22"/>
          <w:lang w:val="nl-NL"/>
        </w:rPr>
        <w:lastRenderedPageBreak/>
        <w:t>PERSBERICHT, 8 oktober 2026  (lange versie)</w:t>
      </w:r>
    </w:p>
    <w:p w14:paraId="53941783" w14:textId="77777777" w:rsidR="00D42CA8" w:rsidRPr="00444E1A" w:rsidRDefault="00D42CA8" w:rsidP="00D42CA8">
      <w:pPr>
        <w:pStyle w:val="Titel"/>
        <w:spacing w:after="60"/>
        <w:rPr>
          <w:rFonts w:cstheme="majorHAnsi"/>
          <w:lang w:val="nl-NL"/>
        </w:rPr>
      </w:pPr>
      <w:r w:rsidRPr="00444E1A">
        <w:rPr>
          <w:rFonts w:cstheme="majorHAnsi"/>
          <w:color w:val="212121"/>
          <w:sz w:val="40"/>
          <w:szCs w:val="40"/>
          <w:lang w:val="nl-NL"/>
        </w:rPr>
        <w:t>Plannen voor je huis? Kijk binnen bij mensen in de buurt</w:t>
      </w:r>
    </w:p>
    <w:p w14:paraId="7356EC28" w14:textId="77777777" w:rsidR="00D42CA8" w:rsidRPr="00444E1A" w:rsidRDefault="00D42CA8" w:rsidP="00D42CA8">
      <w:pPr>
        <w:rPr>
          <w:lang w:val="nl-NL"/>
        </w:rPr>
      </w:pPr>
    </w:p>
    <w:p w14:paraId="533FD482" w14:textId="77777777" w:rsidR="004A4959" w:rsidRDefault="00D42CA8" w:rsidP="00D42CA8">
      <w:pPr>
        <w:rPr>
          <w:b/>
          <w:bCs/>
          <w:color w:val="212121"/>
          <w:sz w:val="22"/>
          <w:lang w:val="nl-NL"/>
        </w:rPr>
      </w:pPr>
      <w:r w:rsidRPr="00444E1A">
        <w:rPr>
          <w:b/>
          <w:bCs/>
          <w:color w:val="212121"/>
          <w:sz w:val="22"/>
          <w:lang w:val="nl-NL"/>
        </w:rPr>
        <w:t xml:space="preserve">NEDERLAND – Op zaterdag 31 oktober en zaterdag 7 november zetten huiseigenaren in heel Nederland de koffie klaar en de voordeur open. Tijdens de open dagen van de Nationale Duurzame Huizen Route laten zij zien wat ze aan hun huis hebben gedaan en vertellen ze daar graag over: wat het kostte, hoe de klus verliep en wat ze een volgende keer anders zouden doen. Een bezoek is gratis; aanmelden kan via </w:t>
      </w:r>
      <w:hyperlink r:id="rId11" w:history="1">
        <w:r w:rsidR="004A4959" w:rsidRPr="009F128C">
          <w:rPr>
            <w:rStyle w:val="Hyperlink"/>
            <w:b/>
            <w:bCs/>
            <w:sz w:val="22"/>
            <w:lang w:val="nl-NL"/>
          </w:rPr>
          <w:t>www.duurzamehuizenroute.nl/open-woningen</w:t>
        </w:r>
      </w:hyperlink>
      <w:r w:rsidR="004A4959">
        <w:rPr>
          <w:b/>
          <w:bCs/>
          <w:color w:val="212121"/>
          <w:sz w:val="22"/>
          <w:lang w:val="nl-NL"/>
        </w:rPr>
        <w:t xml:space="preserve">. </w:t>
      </w:r>
    </w:p>
    <w:p w14:paraId="0F281389" w14:textId="77777777" w:rsidR="00D42CA8" w:rsidRPr="00444E1A" w:rsidRDefault="00D42CA8" w:rsidP="00D42CA8">
      <w:pPr>
        <w:keepNext/>
        <w:spacing w:before="120" w:after="60"/>
        <w:rPr>
          <w:sz w:val="22"/>
          <w:lang w:val="nl-NL"/>
        </w:rPr>
      </w:pPr>
      <w:r w:rsidRPr="00444E1A">
        <w:rPr>
          <w:b/>
          <w:bCs/>
          <w:sz w:val="22"/>
          <w:lang w:val="nl-NL"/>
        </w:rPr>
        <w:t xml:space="preserve">Even </w:t>
      </w:r>
      <w:proofErr w:type="spellStart"/>
      <w:r w:rsidRPr="00444E1A">
        <w:rPr>
          <w:b/>
          <w:bCs/>
          <w:sz w:val="22"/>
          <w:lang w:val="nl-NL"/>
        </w:rPr>
        <w:t>binnenkijken</w:t>
      </w:r>
      <w:proofErr w:type="spellEnd"/>
    </w:p>
    <w:p w14:paraId="0F82368E" w14:textId="77777777" w:rsidR="00D42CA8" w:rsidRPr="00444E1A" w:rsidRDefault="00D42CA8" w:rsidP="00D42CA8">
      <w:pPr>
        <w:rPr>
          <w:sz w:val="22"/>
          <w:lang w:val="nl-NL"/>
        </w:rPr>
      </w:pPr>
      <w:proofErr w:type="spellStart"/>
      <w:r w:rsidRPr="00444E1A">
        <w:rPr>
          <w:sz w:val="22"/>
          <w:lang w:val="nl-NL"/>
        </w:rPr>
        <w:t>Wie</w:t>
      </w:r>
      <w:proofErr w:type="spellEnd"/>
      <w:r w:rsidRPr="00444E1A">
        <w:rPr>
          <w:sz w:val="22"/>
          <w:lang w:val="nl-NL"/>
        </w:rPr>
        <w:t xml:space="preserve"> zijn huis warmer, energiezuiniger of comfortabeler wil maken, heeft vaak veel vragen. Wat kost isolatie? Hoe bevalt een warmtepomp? En hoe zorg je voor voldoende frisse lucht in een goed geïsoleerd huis? Online is veel informatie te vinden, maar soms helpt het om gewoon bij iemand binnen te kijken die dit zelf al heeft gedaan. </w:t>
      </w:r>
    </w:p>
    <w:p w14:paraId="11739984" w14:textId="77777777" w:rsidR="00D42CA8" w:rsidRPr="00444E1A" w:rsidRDefault="00D42CA8" w:rsidP="00D42CA8">
      <w:pPr>
        <w:rPr>
          <w:lang w:val="nl-NL"/>
        </w:rPr>
      </w:pPr>
      <w:r w:rsidRPr="00444E1A">
        <w:rPr>
          <w:sz w:val="22"/>
          <w:lang w:val="nl-NL"/>
        </w:rPr>
        <w:t xml:space="preserve">Martin bezocht vorig jaar twee huizen bij hem in de buurt: </w:t>
      </w:r>
      <w:r w:rsidRPr="00444E1A">
        <w:rPr>
          <w:i/>
          <w:iCs/>
          <w:sz w:val="22"/>
          <w:lang w:val="nl-NL"/>
        </w:rPr>
        <w:t>“Ik vond het best spannend om bij onbekende mensen naar binnen te lopen, maar dat was zo over. In een uur tijd heb ik meer geleerd dan in weken zoeken op het internet.”</w:t>
      </w:r>
    </w:p>
    <w:p w14:paraId="1AD50BB6" w14:textId="77777777" w:rsidR="00D42CA8" w:rsidRPr="00444E1A" w:rsidRDefault="00D42CA8" w:rsidP="00D42CA8">
      <w:pPr>
        <w:keepNext/>
        <w:spacing w:before="120" w:after="60"/>
        <w:rPr>
          <w:lang w:val="nl-NL"/>
        </w:rPr>
      </w:pPr>
      <w:r w:rsidRPr="00444E1A">
        <w:rPr>
          <w:b/>
          <w:bCs/>
          <w:sz w:val="22"/>
          <w:lang w:val="nl-NL"/>
        </w:rPr>
        <w:t>Van tussenwoning tot boerderij</w:t>
      </w:r>
    </w:p>
    <w:p w14:paraId="7A2F05C7" w14:textId="77777777" w:rsidR="00D42CA8" w:rsidRPr="00444E1A" w:rsidRDefault="00D42CA8" w:rsidP="00D42CA8">
      <w:pPr>
        <w:rPr>
          <w:sz w:val="22"/>
          <w:lang w:val="nl-NL"/>
        </w:rPr>
      </w:pPr>
      <w:r w:rsidRPr="00444E1A">
        <w:rPr>
          <w:sz w:val="22"/>
          <w:lang w:val="nl-NL"/>
        </w:rPr>
        <w:t>Wat er te zien is, verschilt per huis. De ene bewoner laat zien hoe hij zelf de vloer en het dak isoleerde. De ander vertelt hoe de warmtepomp, ventilatie of thuisaccu in het dagelijks gebruik bevalt. En bij een derde huis krijg je uitleg over de gemaakte keuzes en kosten door de jaren heen.</w:t>
      </w:r>
    </w:p>
    <w:p w14:paraId="78FD9A20" w14:textId="77777777" w:rsidR="00D42CA8" w:rsidRPr="00444E1A" w:rsidRDefault="00D42CA8" w:rsidP="00D42CA8">
      <w:pPr>
        <w:rPr>
          <w:lang w:val="nl-NL"/>
        </w:rPr>
      </w:pPr>
      <w:r w:rsidRPr="00444E1A">
        <w:rPr>
          <w:sz w:val="22"/>
          <w:lang w:val="nl-NL"/>
        </w:rPr>
        <w:t>Er doen verschillende soorten woningen mee: van appartement en tussenwoning tot een vrijstaand huis en een verbouwde boerderij. Daardoor is er vaak een woning te vinden die lijkt op je eigen huis. Je hoeft vooraf niet precies te weten wat je wilt. Veel bezoekers komen juist om ideeën op te doen en te ontdekken welke maatregelen bij hun woning passen.</w:t>
      </w:r>
    </w:p>
    <w:p w14:paraId="340EC120" w14:textId="77777777" w:rsidR="00D42CA8" w:rsidRPr="00444E1A" w:rsidRDefault="00D42CA8" w:rsidP="00D42CA8">
      <w:pPr>
        <w:keepNext/>
        <w:spacing w:before="120" w:after="60"/>
        <w:rPr>
          <w:lang w:val="nl-NL"/>
        </w:rPr>
      </w:pPr>
      <w:r w:rsidRPr="00444E1A">
        <w:rPr>
          <w:b/>
          <w:bCs/>
          <w:sz w:val="22"/>
          <w:lang w:val="nl-NL"/>
        </w:rPr>
        <w:t>Gratis, wel even aanmelden</w:t>
      </w:r>
    </w:p>
    <w:p w14:paraId="50D62F63" w14:textId="43D11F6F" w:rsidR="00D42CA8" w:rsidRPr="00444E1A" w:rsidRDefault="00D42CA8" w:rsidP="00D42CA8">
      <w:pPr>
        <w:rPr>
          <w:lang w:val="nl-NL"/>
        </w:rPr>
      </w:pPr>
      <w:r w:rsidRPr="00444E1A">
        <w:rPr>
          <w:sz w:val="22"/>
          <w:lang w:val="nl-NL"/>
        </w:rPr>
        <w:t>Een bezoek kost niets. Aanmelden per woning is wel nodig, zodat de bewoners weten hoeveel mensen ze kunnen verwachten. Op de kaart op de website is te zien welke woningen in de buurt open zijn en op welk tijdstip. Je kunt op één dag ook meerdere woningen bezoeken en verschillende oplossingen met elkaar vergelijken.</w:t>
      </w:r>
      <w:r w:rsidR="00456B5C">
        <w:rPr>
          <w:sz w:val="22"/>
          <w:lang w:val="nl-NL"/>
        </w:rPr>
        <w:t xml:space="preserve"> </w:t>
      </w:r>
      <w:r w:rsidRPr="00444E1A" w:rsidDel="00B84ADC">
        <w:rPr>
          <w:sz w:val="22"/>
          <w:lang w:val="nl-NL"/>
        </w:rPr>
        <w:t>Bekijk alle open huizen en meld je aan via</w:t>
      </w:r>
      <w:r w:rsidRPr="00444E1A">
        <w:rPr>
          <w:sz w:val="22"/>
          <w:lang w:val="nl-NL"/>
        </w:rPr>
        <w:t xml:space="preserve"> </w:t>
      </w:r>
      <w:hyperlink r:id="rId12" w:history="1">
        <w:r w:rsidRPr="00444E1A">
          <w:rPr>
            <w:rStyle w:val="Zwaar"/>
            <w:b w:val="0"/>
            <w:bCs w:val="0"/>
            <w:color w:val="0000FF"/>
            <w:sz w:val="22"/>
            <w:u w:val="single"/>
          </w:rPr>
          <w:t>www.duurzamehuizenroute.nl/open-woningen</w:t>
        </w:r>
      </w:hyperlink>
      <w:r w:rsidRPr="00444E1A" w:rsidDel="00B84ADC">
        <w:rPr>
          <w:sz w:val="22"/>
          <w:lang w:val="nl-NL"/>
        </w:rPr>
        <w:t xml:space="preserve"> </w:t>
      </w:r>
    </w:p>
    <w:p w14:paraId="43E4C38E" w14:textId="77777777" w:rsidR="00D42CA8" w:rsidRPr="00444E1A" w:rsidRDefault="00D42CA8" w:rsidP="00D42CA8">
      <w:pPr>
        <w:rPr>
          <w:lang w:val="nl-NL"/>
        </w:rPr>
      </w:pPr>
      <w:r w:rsidRPr="00444E1A">
        <w:rPr>
          <w:b/>
          <w:bCs/>
          <w:sz w:val="22"/>
          <w:lang w:val="nl-NL"/>
        </w:rPr>
        <w:t>Veertiende editie</w:t>
      </w:r>
    </w:p>
    <w:p w14:paraId="3A2EE937" w14:textId="77777777" w:rsidR="00D42CA8" w:rsidRPr="00444E1A" w:rsidRDefault="00D42CA8" w:rsidP="00D42CA8">
      <w:pPr>
        <w:rPr>
          <w:lang w:val="nl-NL"/>
        </w:rPr>
      </w:pPr>
      <w:r w:rsidRPr="00444E1A">
        <w:rPr>
          <w:sz w:val="22"/>
          <w:lang w:val="nl-NL"/>
        </w:rPr>
        <w:t xml:space="preserve">De open dagen worden dit jaar voor de veertiende keer georganiseerd. Vorig jaar deden bijna 400 woningen mee. Ieder jaar gaan duizenden bezoekers op pad en doen ideeën op voor hun eigen huis. </w:t>
      </w:r>
    </w:p>
    <w:p w14:paraId="34B5B986" w14:textId="77777777" w:rsidR="00D42CA8" w:rsidRPr="00444E1A" w:rsidRDefault="00D42CA8" w:rsidP="00D42CA8">
      <w:pPr>
        <w:pStyle w:val="Kop1"/>
        <w:rPr>
          <w:rFonts w:ascii="Aptos" w:hAnsi="Aptos"/>
          <w:lang w:val="nl-NL"/>
        </w:rPr>
      </w:pPr>
      <w:r w:rsidRPr="00444E1A">
        <w:rPr>
          <w:rFonts w:ascii="Aptos" w:hAnsi="Aptos"/>
          <w:color w:val="212121"/>
          <w:sz w:val="22"/>
          <w:szCs w:val="22"/>
          <w:lang w:val="nl-NL"/>
        </w:rPr>
        <w:t>Het initiatief</w:t>
      </w:r>
    </w:p>
    <w:p w14:paraId="3A9B1BA7" w14:textId="77777777" w:rsidR="00D42CA8" w:rsidRDefault="00D42CA8" w:rsidP="00D42CA8">
      <w:pPr>
        <w:pBdr>
          <w:bottom w:val="single" w:sz="12" w:space="1" w:color="auto"/>
        </w:pBdr>
        <w:rPr>
          <w:sz w:val="22"/>
          <w:lang w:val="nl-NL"/>
        </w:rPr>
      </w:pPr>
      <w:r w:rsidRPr="00444E1A">
        <w:rPr>
          <w:sz w:val="22"/>
          <w:lang w:val="nl-NL"/>
        </w:rPr>
        <w:t>De Nationale Duurzame Huizen Route is een onafhankelijk platform waar huiseigenaren het hele jaar door kunnen bekijken hoe anderen hun woning hebben aangepakt en welke ervaringen zij daarmee hebben. De Nationale Duurzame Huizen Route wordt ondersteund door het Ministerie van Binnenlandse Zaken, de provincie Gelderland en meer dan 100 Nederlandse gemeenten.</w:t>
      </w:r>
    </w:p>
    <w:p w14:paraId="715F2DD0" w14:textId="77777777" w:rsidR="00A425E3" w:rsidRPr="00444E1A" w:rsidRDefault="00A425E3" w:rsidP="00D42CA8">
      <w:pPr>
        <w:pBdr>
          <w:bottom w:val="single" w:sz="12" w:space="1" w:color="auto"/>
        </w:pBdr>
        <w:rPr>
          <w:lang w:val="nl-NL"/>
        </w:rPr>
      </w:pPr>
    </w:p>
    <w:p w14:paraId="1736F20C" w14:textId="77777777" w:rsidR="00A425E3" w:rsidRDefault="00D42CA8" w:rsidP="00D42CA8">
      <w:pPr>
        <w:pStyle w:val="Geenafstand"/>
        <w:rPr>
          <w:rFonts w:ascii="Aptos" w:hAnsi="Aptos"/>
          <w:b/>
          <w:bCs/>
          <w:i/>
          <w:iCs/>
          <w:sz w:val="20"/>
          <w:szCs w:val="20"/>
          <w:lang w:val="nl-NL"/>
        </w:rPr>
      </w:pPr>
      <w:r w:rsidRPr="00456B5C">
        <w:rPr>
          <w:rFonts w:ascii="Aptos" w:hAnsi="Aptos"/>
          <w:b/>
          <w:bCs/>
          <w:i/>
          <w:iCs/>
          <w:sz w:val="20"/>
          <w:szCs w:val="20"/>
          <w:lang w:val="nl-NL"/>
        </w:rPr>
        <w:t>Noot voor de redactie:</w:t>
      </w:r>
      <w:r w:rsidR="00456B5C" w:rsidRPr="00456B5C">
        <w:rPr>
          <w:rFonts w:ascii="Aptos" w:hAnsi="Aptos"/>
          <w:b/>
          <w:bCs/>
          <w:i/>
          <w:iCs/>
          <w:sz w:val="20"/>
          <w:szCs w:val="20"/>
          <w:lang w:val="nl-NL"/>
        </w:rPr>
        <w:t xml:space="preserve"> </w:t>
      </w:r>
    </w:p>
    <w:p w14:paraId="576E7B89" w14:textId="4F80B1EF" w:rsidR="00D42CA8" w:rsidRPr="00456B5C" w:rsidRDefault="00D42CA8" w:rsidP="00D42CA8">
      <w:pPr>
        <w:pStyle w:val="Geenafstand"/>
        <w:rPr>
          <w:rFonts w:ascii="Aptos" w:hAnsi="Aptos"/>
          <w:sz w:val="20"/>
          <w:szCs w:val="20"/>
          <w:lang w:val="nl-NL"/>
        </w:rPr>
      </w:pPr>
      <w:r w:rsidRPr="00456B5C">
        <w:rPr>
          <w:rFonts w:ascii="Aptos" w:hAnsi="Aptos"/>
          <w:i/>
          <w:iCs/>
          <w:sz w:val="20"/>
          <w:szCs w:val="20"/>
          <w:lang w:val="nl-NL"/>
        </w:rPr>
        <w:t xml:space="preserve">Voor meer informatie kunt u contact opnemen met het team van de Nationale Duurzame Huizen Route met Carina den Otter: 0525-701193 of </w:t>
      </w:r>
      <w:hyperlink r:id="rId13" w:history="1">
        <w:r w:rsidRPr="00456B5C">
          <w:rPr>
            <w:rStyle w:val="Hyperlink"/>
            <w:rFonts w:ascii="Aptos" w:hAnsi="Aptos"/>
            <w:i/>
            <w:iCs/>
            <w:sz w:val="20"/>
            <w:szCs w:val="20"/>
            <w:lang w:val="nl-NL"/>
          </w:rPr>
          <w:t>info@duurzamehuizenroute.nl</w:t>
        </w:r>
      </w:hyperlink>
      <w:r w:rsidRPr="00456B5C">
        <w:rPr>
          <w:rFonts w:ascii="Aptos" w:hAnsi="Aptos"/>
          <w:i/>
          <w:iCs/>
          <w:sz w:val="20"/>
          <w:szCs w:val="20"/>
          <w:lang w:val="nl-NL"/>
        </w:rPr>
        <w:t xml:space="preserve">. Andere afbeeldingen kunt u downloaden via </w:t>
      </w:r>
      <w:hyperlink r:id="rId14" w:history="1">
        <w:r w:rsidRPr="00456B5C">
          <w:rPr>
            <w:rStyle w:val="Hyperlink"/>
            <w:rFonts w:ascii="Aptos" w:hAnsi="Aptos"/>
            <w:i/>
            <w:iCs/>
            <w:sz w:val="20"/>
            <w:szCs w:val="20"/>
            <w:lang w:val="nl-NL"/>
          </w:rPr>
          <w:t>www.duurzamehuizenroute.nl/pers</w:t>
        </w:r>
      </w:hyperlink>
      <w:r w:rsidRPr="00456B5C">
        <w:rPr>
          <w:rFonts w:ascii="Aptos" w:hAnsi="Aptos"/>
          <w:i/>
          <w:iCs/>
          <w:sz w:val="20"/>
          <w:szCs w:val="20"/>
          <w:lang w:val="nl-NL"/>
        </w:rPr>
        <w:t>. De afbeeldingen zijn eigendom van de Nationale Duurzame Huizen Route en mogen uitsluitend gebruikt worden voor uitingen over de Nationale Duurzame Huizen Route.</w:t>
      </w:r>
    </w:p>
    <w:sectPr w:rsidR="00D42CA8" w:rsidRPr="00456B5C" w:rsidSect="006C091F">
      <w:headerReference w:type="default" r:id="rId15"/>
      <w:pgSz w:w="12240" w:h="15840"/>
      <w:pgMar w:top="1478" w:right="1077" w:bottom="90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209B" w14:textId="77777777" w:rsidR="0034574E" w:rsidRDefault="0034574E" w:rsidP="006C091F">
      <w:pPr>
        <w:spacing w:after="0"/>
      </w:pPr>
      <w:r>
        <w:separator/>
      </w:r>
    </w:p>
  </w:endnote>
  <w:endnote w:type="continuationSeparator" w:id="0">
    <w:p w14:paraId="6C6097A4" w14:textId="77777777" w:rsidR="0034574E" w:rsidRDefault="0034574E" w:rsidP="006C09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4F8EC" w14:textId="77777777" w:rsidR="0034574E" w:rsidRDefault="0034574E" w:rsidP="006C091F">
      <w:pPr>
        <w:spacing w:after="0"/>
      </w:pPr>
      <w:r>
        <w:separator/>
      </w:r>
    </w:p>
  </w:footnote>
  <w:footnote w:type="continuationSeparator" w:id="0">
    <w:p w14:paraId="6D0ACB3D" w14:textId="77777777" w:rsidR="0034574E" w:rsidRDefault="0034574E" w:rsidP="006C09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3BCAB" w14:textId="77777777" w:rsidR="006C091F" w:rsidRDefault="006C091F">
    <w:pPr>
      <w:pStyle w:val="Koptekst"/>
    </w:pPr>
    <w:r>
      <w:rPr>
        <w:noProof/>
      </w:rPr>
      <w:drawing>
        <wp:anchor distT="0" distB="0" distL="114300" distR="114300" simplePos="0" relativeHeight="251658240" behindDoc="0" locked="0" layoutInCell="1" allowOverlap="1" wp14:anchorId="4FDFEDE9" wp14:editId="16EA6F3C">
          <wp:simplePos x="0" y="0"/>
          <wp:positionH relativeFrom="margin">
            <wp:posOffset>4895215</wp:posOffset>
          </wp:positionH>
          <wp:positionV relativeFrom="paragraph">
            <wp:posOffset>-258445</wp:posOffset>
          </wp:positionV>
          <wp:extent cx="2011680" cy="576580"/>
          <wp:effectExtent l="0" t="0" r="7620" b="0"/>
          <wp:wrapNone/>
          <wp:docPr id="660045523" name="Afbeelding 660045523" descr="Afbeelding met logo,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Lettertype, Graphics, symbool&#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5765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96164162">
    <w:abstractNumId w:val="8"/>
  </w:num>
  <w:num w:numId="2" w16cid:durableId="1943763607">
    <w:abstractNumId w:val="6"/>
  </w:num>
  <w:num w:numId="3" w16cid:durableId="731119835">
    <w:abstractNumId w:val="5"/>
  </w:num>
  <w:num w:numId="4" w16cid:durableId="480584502">
    <w:abstractNumId w:val="4"/>
  </w:num>
  <w:num w:numId="5" w16cid:durableId="1060522065">
    <w:abstractNumId w:val="7"/>
  </w:num>
  <w:num w:numId="6" w16cid:durableId="1458917281">
    <w:abstractNumId w:val="3"/>
  </w:num>
  <w:num w:numId="7" w16cid:durableId="1662276571">
    <w:abstractNumId w:val="2"/>
  </w:num>
  <w:num w:numId="8" w16cid:durableId="513883036">
    <w:abstractNumId w:val="1"/>
  </w:num>
  <w:num w:numId="9" w16cid:durableId="649675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ACD"/>
    <w:rsid w:val="0006063C"/>
    <w:rsid w:val="000672F0"/>
    <w:rsid w:val="00086BBD"/>
    <w:rsid w:val="000A2745"/>
    <w:rsid w:val="000D5023"/>
    <w:rsid w:val="0015074B"/>
    <w:rsid w:val="00180231"/>
    <w:rsid w:val="001805CC"/>
    <w:rsid w:val="001928ED"/>
    <w:rsid w:val="001A2BBA"/>
    <w:rsid w:val="001C5317"/>
    <w:rsid w:val="001C5446"/>
    <w:rsid w:val="001D09CF"/>
    <w:rsid w:val="001F5627"/>
    <w:rsid w:val="00213884"/>
    <w:rsid w:val="00215EA7"/>
    <w:rsid w:val="00243070"/>
    <w:rsid w:val="00255986"/>
    <w:rsid w:val="00264512"/>
    <w:rsid w:val="00271320"/>
    <w:rsid w:val="0029639D"/>
    <w:rsid w:val="002C6171"/>
    <w:rsid w:val="002E7649"/>
    <w:rsid w:val="003037E1"/>
    <w:rsid w:val="00326F90"/>
    <w:rsid w:val="0033719D"/>
    <w:rsid w:val="0034574E"/>
    <w:rsid w:val="003678FD"/>
    <w:rsid w:val="00374322"/>
    <w:rsid w:val="0038426A"/>
    <w:rsid w:val="003900A5"/>
    <w:rsid w:val="003B21D2"/>
    <w:rsid w:val="003B4EF7"/>
    <w:rsid w:val="003D0D06"/>
    <w:rsid w:val="003F6E5A"/>
    <w:rsid w:val="003F77BE"/>
    <w:rsid w:val="00406FAC"/>
    <w:rsid w:val="004262D0"/>
    <w:rsid w:val="00444E1A"/>
    <w:rsid w:val="00456B5C"/>
    <w:rsid w:val="004A0BE7"/>
    <w:rsid w:val="004A4959"/>
    <w:rsid w:val="004A6A22"/>
    <w:rsid w:val="00610D83"/>
    <w:rsid w:val="00623BB4"/>
    <w:rsid w:val="00650A32"/>
    <w:rsid w:val="00654AE6"/>
    <w:rsid w:val="00672B62"/>
    <w:rsid w:val="00685CD3"/>
    <w:rsid w:val="006C091F"/>
    <w:rsid w:val="006D5011"/>
    <w:rsid w:val="006F4711"/>
    <w:rsid w:val="00730619"/>
    <w:rsid w:val="007400EC"/>
    <w:rsid w:val="00755B69"/>
    <w:rsid w:val="00763CA9"/>
    <w:rsid w:val="00780157"/>
    <w:rsid w:val="007A5FEA"/>
    <w:rsid w:val="007B791C"/>
    <w:rsid w:val="007D20C9"/>
    <w:rsid w:val="007F6B87"/>
    <w:rsid w:val="008040C8"/>
    <w:rsid w:val="008A2227"/>
    <w:rsid w:val="008D7B9B"/>
    <w:rsid w:val="008E170A"/>
    <w:rsid w:val="008E29FE"/>
    <w:rsid w:val="008E6238"/>
    <w:rsid w:val="008F52A9"/>
    <w:rsid w:val="00907833"/>
    <w:rsid w:val="00A04B0E"/>
    <w:rsid w:val="00A35855"/>
    <w:rsid w:val="00A425E3"/>
    <w:rsid w:val="00A80745"/>
    <w:rsid w:val="00A95D7B"/>
    <w:rsid w:val="00AA1D8D"/>
    <w:rsid w:val="00AB128D"/>
    <w:rsid w:val="00AE3305"/>
    <w:rsid w:val="00AE641F"/>
    <w:rsid w:val="00B06DB1"/>
    <w:rsid w:val="00B0767C"/>
    <w:rsid w:val="00B111CB"/>
    <w:rsid w:val="00B47730"/>
    <w:rsid w:val="00B84ADC"/>
    <w:rsid w:val="00B97C85"/>
    <w:rsid w:val="00C14C86"/>
    <w:rsid w:val="00C3110B"/>
    <w:rsid w:val="00C40853"/>
    <w:rsid w:val="00C411B6"/>
    <w:rsid w:val="00C80726"/>
    <w:rsid w:val="00C81B4C"/>
    <w:rsid w:val="00CA66F4"/>
    <w:rsid w:val="00CB0664"/>
    <w:rsid w:val="00D02991"/>
    <w:rsid w:val="00D20FB7"/>
    <w:rsid w:val="00D42CA8"/>
    <w:rsid w:val="00D7473B"/>
    <w:rsid w:val="00D95D6B"/>
    <w:rsid w:val="00DB40A1"/>
    <w:rsid w:val="00DC59C2"/>
    <w:rsid w:val="00DF283A"/>
    <w:rsid w:val="00EC4ADD"/>
    <w:rsid w:val="00EC564C"/>
    <w:rsid w:val="00EF02C8"/>
    <w:rsid w:val="00F10695"/>
    <w:rsid w:val="00F3571A"/>
    <w:rsid w:val="00F37380"/>
    <w:rsid w:val="00F81594"/>
    <w:rsid w:val="00F82D05"/>
    <w:rsid w:val="00FA312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A81E42"/>
  <w14:defaultImageDpi w14:val="300"/>
  <w15:docId w15:val="{B92BCC2D-D35D-FD49-9C73-9603B4DFC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2CA8"/>
    <w:pPr>
      <w:spacing w:after="100" w:line="240" w:lineRule="auto"/>
    </w:pPr>
    <w:rPr>
      <w:rFonts w:ascii="Aptos" w:hAnsi="Aptos"/>
      <w:sz w:val="19"/>
    </w:rPr>
  </w:style>
  <w:style w:type="paragraph" w:styleId="Kop1">
    <w:name w:val="heading 1"/>
    <w:basedOn w:val="Standaard"/>
    <w:next w:val="Standaard"/>
    <w:link w:val="Kop1Char"/>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3"/>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40"/>
      <w:contextualSpacing/>
    </w:pPr>
    <w:rPr>
      <w:rFonts w:asciiTheme="majorHAnsi" w:eastAsiaTheme="majorEastAsia" w:hAnsiTheme="majorHAnsi" w:cstheme="majorBidi"/>
      <w:b/>
      <w:color w:val="17365D" w:themeColor="text2" w:themeShade="BF"/>
      <w:spacing w:val="5"/>
      <w:kern w:val="28"/>
      <w:sz w:val="33"/>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Standaard"/>
    <w:rsid w:val="007B791C"/>
    <w:pPr>
      <w:spacing w:before="100" w:beforeAutospacing="1" w:afterAutospacing="1"/>
    </w:pPr>
    <w:rPr>
      <w:rFonts w:ascii="Times New Roman" w:eastAsia="Times New Roman" w:hAnsi="Times New Roman" w:cs="Times New Roman"/>
      <w:sz w:val="24"/>
      <w:szCs w:val="24"/>
      <w:lang w:val="nl-NL" w:eastAsia="nl-NL"/>
    </w:rPr>
  </w:style>
  <w:style w:type="character" w:styleId="Hyperlink">
    <w:name w:val="Hyperlink"/>
    <w:basedOn w:val="Standaardalinea-lettertype"/>
    <w:uiPriority w:val="99"/>
    <w:unhideWhenUsed/>
    <w:rsid w:val="006C091F"/>
    <w:rPr>
      <w:color w:val="0000FF" w:themeColor="hyperlink"/>
      <w:u w:val="single"/>
    </w:rPr>
  </w:style>
  <w:style w:type="paragraph" w:styleId="Revisie">
    <w:name w:val="Revision"/>
    <w:hidden/>
    <w:uiPriority w:val="99"/>
    <w:semiHidden/>
    <w:rsid w:val="00623BB4"/>
    <w:pPr>
      <w:spacing w:after="0" w:line="240" w:lineRule="auto"/>
    </w:pPr>
    <w:rPr>
      <w:rFonts w:ascii="Aptos" w:hAnsi="Aptos"/>
      <w:sz w:val="19"/>
    </w:rPr>
  </w:style>
  <w:style w:type="character" w:styleId="Verwijzingopmerking">
    <w:name w:val="annotation reference"/>
    <w:basedOn w:val="Standaardalinea-lettertype"/>
    <w:uiPriority w:val="99"/>
    <w:semiHidden/>
    <w:unhideWhenUsed/>
    <w:rsid w:val="00FA312D"/>
    <w:rPr>
      <w:sz w:val="16"/>
      <w:szCs w:val="16"/>
    </w:rPr>
  </w:style>
  <w:style w:type="paragraph" w:styleId="Tekstopmerking">
    <w:name w:val="annotation text"/>
    <w:basedOn w:val="Standaard"/>
    <w:link w:val="TekstopmerkingChar"/>
    <w:uiPriority w:val="99"/>
    <w:unhideWhenUsed/>
    <w:rsid w:val="00FA312D"/>
    <w:rPr>
      <w:sz w:val="20"/>
      <w:szCs w:val="20"/>
    </w:rPr>
  </w:style>
  <w:style w:type="character" w:customStyle="1" w:styleId="TekstopmerkingChar">
    <w:name w:val="Tekst opmerking Char"/>
    <w:basedOn w:val="Standaardalinea-lettertype"/>
    <w:link w:val="Tekstopmerking"/>
    <w:uiPriority w:val="99"/>
    <w:rsid w:val="00FA312D"/>
    <w:rPr>
      <w:rFonts w:ascii="Aptos" w:hAnsi="Aptos"/>
      <w:sz w:val="20"/>
      <w:szCs w:val="20"/>
    </w:rPr>
  </w:style>
  <w:style w:type="paragraph" w:styleId="Onderwerpvanopmerking">
    <w:name w:val="annotation subject"/>
    <w:basedOn w:val="Tekstopmerking"/>
    <w:next w:val="Tekstopmerking"/>
    <w:link w:val="OnderwerpvanopmerkingChar"/>
    <w:uiPriority w:val="99"/>
    <w:semiHidden/>
    <w:unhideWhenUsed/>
    <w:rsid w:val="00FA312D"/>
    <w:rPr>
      <w:b/>
      <w:bCs/>
    </w:rPr>
  </w:style>
  <w:style w:type="character" w:customStyle="1" w:styleId="OnderwerpvanopmerkingChar">
    <w:name w:val="Onderwerp van opmerking Char"/>
    <w:basedOn w:val="TekstopmerkingChar"/>
    <w:link w:val="Onderwerpvanopmerking"/>
    <w:uiPriority w:val="99"/>
    <w:semiHidden/>
    <w:rsid w:val="00FA312D"/>
    <w:rPr>
      <w:rFonts w:ascii="Aptos" w:hAnsi="Aptos"/>
      <w:b/>
      <w:bCs/>
      <w:sz w:val="20"/>
      <w:szCs w:val="20"/>
    </w:rPr>
  </w:style>
  <w:style w:type="character" w:styleId="Onopgelostemelding">
    <w:name w:val="Unresolved Mention"/>
    <w:basedOn w:val="Standaardalinea-lettertype"/>
    <w:uiPriority w:val="99"/>
    <w:semiHidden/>
    <w:unhideWhenUsed/>
    <w:rsid w:val="00EF02C8"/>
    <w:rPr>
      <w:color w:val="605E5C"/>
      <w:shd w:val="clear" w:color="auto" w:fill="E1DFDD"/>
    </w:rPr>
  </w:style>
  <w:style w:type="paragraph" w:styleId="Normaalweb">
    <w:name w:val="Normal (Web)"/>
    <w:basedOn w:val="Standaard"/>
    <w:uiPriority w:val="99"/>
    <w:semiHidden/>
    <w:unhideWhenUsed/>
    <w:rsid w:val="001928ED"/>
    <w:pPr>
      <w:spacing w:before="100" w:beforeAutospacing="1" w:afterAutospacing="1"/>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uurzamehuizenroute.nl/open-woningen" TargetMode="External"/><Relationship Id="rId13" Type="http://schemas.openxmlformats.org/officeDocument/2006/relationships/hyperlink" Target="mailto:info@duurzamehuizenroute.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uurzamehuizenroute.nl/open-woning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uurzamehuizenroute.nl/open-woning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duurzamehuizenroute.nl/pers" TargetMode="External"/><Relationship Id="rId4" Type="http://schemas.openxmlformats.org/officeDocument/2006/relationships/settings" Target="settings.xml"/><Relationship Id="rId9" Type="http://schemas.openxmlformats.org/officeDocument/2006/relationships/hyperlink" Target="mailto:info@duurzamehuizenroute.nl" TargetMode="External"/><Relationship Id="rId14" Type="http://schemas.openxmlformats.org/officeDocument/2006/relationships/hyperlink" Target="https://www.duurzamehuizenroute.nl/p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830</Words>
  <Characters>4565</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Persbericht Nationale Duurzame Huizen Route 2026</vt:lpstr>
      <vt:lpstr/>
    </vt:vector>
  </TitlesOfParts>
  <Manager/>
  <Company/>
  <LinksUpToDate>false</LinksUpToDate>
  <CharactersWithSpaces>5385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Nationale Duurzame Huizen Route 2026</dc:title>
  <dc:subject>Werving huiseigenaren voor de Open Dagen 2026</dc:subject>
  <dc:creator>Nationale Duurzame Huizen Route</dc:creator>
  <cp:keywords/>
  <dc:description>generated by python-docx</dc:description>
  <cp:lastModifiedBy>Carina den Otter | Platform Duurzaam Nederland</cp:lastModifiedBy>
  <cp:revision>11</cp:revision>
  <dcterms:created xsi:type="dcterms:W3CDTF">2026-10-08T12:17:00Z</dcterms:created>
  <dcterms:modified xsi:type="dcterms:W3CDTF">2026-10-08T13:38:00Z</dcterms:modified>
  <cp:category/>
</cp:coreProperties>
</file>