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B9B77" w14:textId="21AAD892" w:rsidR="009B20A9" w:rsidRPr="00F91BC3" w:rsidRDefault="00F91BC3" w:rsidP="00E2474E">
      <w:pPr>
        <w:spacing w:after="200" w:line="276" w:lineRule="auto"/>
        <w:rPr>
          <w:rFonts w:eastAsiaTheme="majorEastAsia" w:cstheme="majorBidi"/>
          <w:sz w:val="22"/>
          <w:lang w:val="nl-NL"/>
        </w:rPr>
      </w:pPr>
      <w:r>
        <w:rPr>
          <w:rStyle w:val="Kop1Char"/>
          <w:rFonts w:ascii="Aptos" w:hAnsi="Aptos"/>
          <w:b/>
          <w:bCs/>
          <w:color w:val="auto"/>
          <w:sz w:val="22"/>
          <w:szCs w:val="22"/>
          <w:lang w:val="nl-NL"/>
        </w:rPr>
        <w:t xml:space="preserve">PERSBERICHT, korte variant</w:t>
      </w:r>
      <w:r>
        <w:rPr>
          <w:rStyle w:val="Kop1Char"/>
          <w:rFonts w:ascii="Aptos" w:hAnsi="Aptos"/>
          <w:b w:val="0"/>
          <w:bCs w:val="0"/>
          <w:color w:val="auto"/>
          <w:sz w:val="22"/>
          <w:szCs w:val="22"/>
          <w:lang w:val="nl-NL"/>
        </w:rPr>
        <w:t xml:space="preserve">, 14 oktober 2026</w:t>
      </w:r>
    </w:p>
    <w:p w14:paraId="478430C3" w14:textId="77777777" w:rsidR="00E2474E" w:rsidRPr="000F0842" w:rsidRDefault="00E2474E" w:rsidP="00E2474E">
      <w:pPr>
        <w:spacing w:before="100" w:beforeAutospacing="1" w:afterAutospacing="1"/>
        <w:rPr>
          <w:rFonts w:eastAsia="Times New Roman" w:cs="Times New Roman"/>
          <w:b/>
          <w:bCs/>
          <w:sz w:val="32"/>
          <w:szCs w:val="32"/>
          <w:lang w:val="nl-NL" w:eastAsia="nl-NL"/>
        </w:rPr>
      </w:pPr>
      <w:r w:rsidRPr="000F0842">
        <w:rPr>
          <w:rFonts w:eastAsia="Times New Roman" w:cs="Times New Roman"/>
          <w:b/>
          <w:bCs/>
          <w:sz w:val="32"/>
          <w:szCs w:val="32"/>
          <w:lang w:val="nl-NL" w:eastAsia="nl-NL"/>
        </w:rPr>
        <w:t xml:space="preserve">Salderen stopt: </w:t>
      </w:r>
      <w:r>
        <w:rPr>
          <w:rFonts w:eastAsia="Times New Roman" w:cs="Times New Roman"/>
          <w:b/>
          <w:bCs/>
          <w:sz w:val="32"/>
          <w:szCs w:val="32"/>
          <w:lang w:val="nl-NL" w:eastAsia="nl-NL"/>
        </w:rPr>
        <w:t>3</w:t>
      </w:r>
      <w:r w:rsidRPr="000F0842">
        <w:rPr>
          <w:rFonts w:eastAsia="Times New Roman" w:cs="Times New Roman"/>
          <w:b/>
          <w:bCs/>
          <w:sz w:val="32"/>
          <w:szCs w:val="32"/>
          <w:lang w:val="nl-NL" w:eastAsia="nl-NL"/>
        </w:rPr>
        <w:t>00 huiseigenaren laten zien wat werkt in hun woning</w:t>
      </w:r>
    </w:p>
    <w:p w14:paraId="30AA7C66" w14:textId="3399F810" w:rsidR="00CB6B84" w:rsidRPr="00CB6B84" w:rsidRDefault="00CB6B84" w:rsidP="009B20A9">
      <w:pPr>
        <w:rPr>
          <w:b/>
          <w:bCs/>
          <w:sz w:val="22"/>
          <w:lang w:val="nl-NL"/>
        </w:rPr>
      </w:pPr>
      <w:r w:rsidRPr="00E2474E">
        <w:rPr>
          <w:b/>
          <w:bCs/>
          <w:sz w:val="22"/>
          <w:lang w:val="nl-NL"/>
        </w:rPr>
        <w:t xml:space="preserve">NEDERLAND – Het einde van de salderingsregeling is voor veel huiseigenaren </w:t>
      </w:r>
      <w:r w:rsidR="001046D0">
        <w:rPr>
          <w:b/>
          <w:bCs/>
          <w:sz w:val="22"/>
          <w:lang w:val="nl-NL"/>
        </w:rPr>
        <w:t>een aanleiding</w:t>
      </w:r>
      <w:r w:rsidRPr="00E2474E">
        <w:rPr>
          <w:b/>
          <w:bCs/>
          <w:sz w:val="22"/>
          <w:lang w:val="nl-NL"/>
        </w:rPr>
        <w:t xml:space="preserve"> om opnieuw naar het energieverbruik in huis te kijken. </w:t>
      </w:r>
      <w:r w:rsidRPr="00E2474E">
        <w:rPr>
          <w:rFonts w:eastAsia="Times New Roman" w:cs="Times New Roman"/>
          <w:b/>
          <w:bCs/>
          <w:sz w:val="22"/>
          <w:lang w:val="nl-NL" w:eastAsia="nl-NL"/>
        </w:rPr>
        <w:t xml:space="preserve">Tijdens de </w:t>
      </w:r>
      <w:r w:rsidR="00557EA3">
        <w:rPr>
          <w:rFonts w:eastAsia="Times New Roman" w:cs="Times New Roman"/>
          <w:b/>
          <w:bCs/>
          <w:sz w:val="22"/>
          <w:lang w:val="nl-NL" w:eastAsia="nl-NL"/>
        </w:rPr>
        <w:t xml:space="preserve">jaarlijkse open dagen van de </w:t>
      </w:r>
      <w:r w:rsidRPr="00E2474E">
        <w:rPr>
          <w:rFonts w:eastAsia="Times New Roman" w:cs="Times New Roman"/>
          <w:b/>
          <w:bCs/>
          <w:sz w:val="22"/>
          <w:lang w:val="nl-NL" w:eastAsia="nl-NL"/>
        </w:rPr>
        <w:t>Nationale Duurzame Huizen Route op zaterdag 31 oktober en 7 november kunnen bezoekers binnenkijken bij mensen die hier al stappen in hebben gezet. In heel Nederland</w:t>
      </w:r>
      <w:r w:rsidRPr="00CB6B84">
        <w:rPr>
          <w:rFonts w:eastAsia="Times New Roman" w:cs="Times New Roman"/>
          <w:b/>
          <w:bCs/>
          <w:sz w:val="22"/>
          <w:lang w:val="nl-NL" w:eastAsia="nl-NL"/>
        </w:rPr>
        <w:t xml:space="preserve"> openen </w:t>
      </w:r>
      <w:r w:rsidR="00557EA3">
        <w:rPr>
          <w:rFonts w:eastAsia="Times New Roman" w:cs="Times New Roman"/>
          <w:b/>
          <w:bCs/>
          <w:sz w:val="22"/>
          <w:lang w:val="nl-NL" w:eastAsia="nl-NL"/>
        </w:rPr>
        <w:t xml:space="preserve">meer dan </w:t>
      </w:r>
      <w:r w:rsidRPr="00CB6B84">
        <w:rPr>
          <w:b/>
          <w:bCs/>
          <w:sz w:val="22"/>
        </w:rPr>
        <w:t>3</w:t>
      </w:r>
      <w:r w:rsidRPr="00CB6B84">
        <w:rPr>
          <w:rFonts w:eastAsia="Times New Roman" w:cs="Times New Roman"/>
          <w:b/>
          <w:bCs/>
          <w:sz w:val="22"/>
          <w:lang w:val="nl-NL" w:eastAsia="nl-NL"/>
        </w:rPr>
        <w:t xml:space="preserve">00 huiseigenaren hun deur en </w:t>
      </w:r>
      <w:proofErr w:type="spellStart"/>
      <w:r w:rsidR="001046D0">
        <w:rPr>
          <w:b/>
          <w:bCs/>
          <w:sz w:val="22"/>
        </w:rPr>
        <w:t>vertellen</w:t>
      </w:r>
      <w:proofErr w:type="spellEnd"/>
      <w:r w:rsidR="001046D0">
        <w:rPr>
          <w:b/>
          <w:bCs/>
          <w:sz w:val="22"/>
        </w:rPr>
        <w:t xml:space="preserve"> over </w:t>
      </w:r>
      <w:proofErr w:type="spellStart"/>
      <w:r w:rsidR="001046D0">
        <w:rPr>
          <w:b/>
          <w:bCs/>
          <w:sz w:val="22"/>
        </w:rPr>
        <w:t>hun</w:t>
      </w:r>
      <w:proofErr w:type="spellEnd"/>
      <w:r w:rsidR="001046D0">
        <w:rPr>
          <w:b/>
          <w:bCs/>
          <w:sz w:val="22"/>
        </w:rPr>
        <w:t xml:space="preserve"> </w:t>
      </w:r>
      <w:proofErr w:type="spellStart"/>
      <w:r w:rsidR="001046D0">
        <w:rPr>
          <w:b/>
          <w:bCs/>
          <w:sz w:val="22"/>
        </w:rPr>
        <w:t>ervaring</w:t>
      </w:r>
      <w:proofErr w:type="spellEnd"/>
      <w:r w:rsidR="001046D0">
        <w:rPr>
          <w:b/>
          <w:bCs/>
          <w:sz w:val="22"/>
        </w:rPr>
        <w:t xml:space="preserve"> met </w:t>
      </w:r>
      <w:proofErr w:type="spellStart"/>
      <w:r w:rsidR="001046D0">
        <w:rPr>
          <w:b/>
          <w:bCs/>
          <w:sz w:val="22"/>
        </w:rPr>
        <w:t>isoleren</w:t>
      </w:r>
      <w:proofErr w:type="spellEnd"/>
      <w:r w:rsidR="001046D0">
        <w:rPr>
          <w:b/>
          <w:bCs/>
          <w:sz w:val="22"/>
        </w:rPr>
        <w:t xml:space="preserve">, </w:t>
      </w:r>
      <w:proofErr w:type="spellStart"/>
      <w:r w:rsidR="001046D0">
        <w:rPr>
          <w:b/>
          <w:bCs/>
          <w:sz w:val="22"/>
        </w:rPr>
        <w:t>besparen</w:t>
      </w:r>
      <w:proofErr w:type="spellEnd"/>
      <w:r w:rsidR="001046D0">
        <w:rPr>
          <w:b/>
          <w:bCs/>
          <w:sz w:val="22"/>
        </w:rPr>
        <w:t xml:space="preserve"> en </w:t>
      </w:r>
      <w:proofErr w:type="spellStart"/>
      <w:r w:rsidR="001046D0">
        <w:rPr>
          <w:b/>
          <w:bCs/>
          <w:sz w:val="22"/>
        </w:rPr>
        <w:t>slimme</w:t>
      </w:r>
      <w:proofErr w:type="spellEnd"/>
      <w:r w:rsidR="001046D0">
        <w:rPr>
          <w:b/>
          <w:bCs/>
          <w:sz w:val="22"/>
        </w:rPr>
        <w:t xml:space="preserve"> </w:t>
      </w:r>
      <w:proofErr w:type="spellStart"/>
      <w:r w:rsidR="001046D0">
        <w:rPr>
          <w:b/>
          <w:bCs/>
          <w:sz w:val="22"/>
        </w:rPr>
        <w:t>toepassingen</w:t>
      </w:r>
      <w:proofErr w:type="spellEnd"/>
      <w:r w:rsidR="001046D0">
        <w:rPr>
          <w:b/>
          <w:bCs/>
          <w:sz w:val="22"/>
        </w:rPr>
        <w:t xml:space="preserve"> in huis.</w:t>
      </w:r>
    </w:p>
    <w:p w14:paraId="716ACCFC" w14:textId="7B6726B7" w:rsidR="00CB6B84" w:rsidRDefault="00CB6B84" w:rsidP="009B20A9">
      <w:pPr>
        <w:rPr>
          <w:sz w:val="22"/>
        </w:rPr>
      </w:pPr>
      <w:r w:rsidRPr="000F0842">
        <w:rPr>
          <w:sz w:val="22"/>
        </w:rPr>
        <w:t xml:space="preserve">Wie </w:t>
      </w:r>
      <w:proofErr w:type="spellStart"/>
      <w:r w:rsidRPr="000F0842">
        <w:rPr>
          <w:sz w:val="22"/>
        </w:rPr>
        <w:t>zonnepanelen</w:t>
      </w:r>
      <w:proofErr w:type="spellEnd"/>
      <w:r w:rsidRPr="000F0842">
        <w:rPr>
          <w:sz w:val="22"/>
        </w:rPr>
        <w:t xml:space="preserve"> </w:t>
      </w:r>
      <w:proofErr w:type="spellStart"/>
      <w:r w:rsidRPr="000F0842">
        <w:rPr>
          <w:sz w:val="22"/>
        </w:rPr>
        <w:t>heeft</w:t>
      </w:r>
      <w:proofErr w:type="spellEnd"/>
      <w:r w:rsidRPr="000F0842">
        <w:rPr>
          <w:sz w:val="22"/>
        </w:rPr>
        <w:t xml:space="preserve">, </w:t>
      </w:r>
      <w:proofErr w:type="spellStart"/>
      <w:r w:rsidRPr="000F0842">
        <w:rPr>
          <w:sz w:val="22"/>
        </w:rPr>
        <w:t>vraagt</w:t>
      </w:r>
      <w:proofErr w:type="spellEnd"/>
      <w:r w:rsidRPr="000F0842">
        <w:rPr>
          <w:sz w:val="22"/>
        </w:rPr>
        <w:t xml:space="preserve"> </w:t>
      </w:r>
      <w:proofErr w:type="spellStart"/>
      <w:r w:rsidRPr="000F0842">
        <w:rPr>
          <w:sz w:val="22"/>
        </w:rPr>
        <w:t>zich</w:t>
      </w:r>
      <w:proofErr w:type="spellEnd"/>
      <w:r w:rsidRPr="000F0842">
        <w:rPr>
          <w:sz w:val="22"/>
        </w:rPr>
        <w:t xml:space="preserve"> </w:t>
      </w:r>
      <w:proofErr w:type="spellStart"/>
      <w:r w:rsidRPr="001234EE">
        <w:rPr>
          <w:sz w:val="22"/>
        </w:rPr>
        <w:t>misschien</w:t>
      </w:r>
      <w:proofErr w:type="spellEnd"/>
      <w:r w:rsidRPr="001234EE">
        <w:rPr>
          <w:sz w:val="22"/>
        </w:rPr>
        <w:t xml:space="preserve"> </w:t>
      </w:r>
      <w:proofErr w:type="spellStart"/>
      <w:r w:rsidRPr="000F0842">
        <w:rPr>
          <w:sz w:val="22"/>
        </w:rPr>
        <w:t>af</w:t>
      </w:r>
      <w:proofErr w:type="spellEnd"/>
      <w:r w:rsidRPr="000F0842">
        <w:rPr>
          <w:sz w:val="22"/>
        </w:rPr>
        <w:t xml:space="preserve"> of </w:t>
      </w:r>
      <w:proofErr w:type="spellStart"/>
      <w:r w:rsidRPr="000F0842">
        <w:rPr>
          <w:sz w:val="22"/>
        </w:rPr>
        <w:t>een</w:t>
      </w:r>
      <w:proofErr w:type="spellEnd"/>
      <w:r w:rsidRPr="000F0842">
        <w:rPr>
          <w:sz w:val="22"/>
        </w:rPr>
        <w:t xml:space="preserve"> </w:t>
      </w:r>
      <w:proofErr w:type="spellStart"/>
      <w:r w:rsidRPr="000F0842">
        <w:rPr>
          <w:sz w:val="22"/>
        </w:rPr>
        <w:t>thuisbatterij</w:t>
      </w:r>
      <w:proofErr w:type="spellEnd"/>
      <w:r w:rsidRPr="000F0842">
        <w:rPr>
          <w:sz w:val="22"/>
        </w:rPr>
        <w:t xml:space="preserve"> </w:t>
      </w:r>
      <w:proofErr w:type="spellStart"/>
      <w:r>
        <w:rPr>
          <w:sz w:val="22"/>
        </w:rPr>
        <w:t>verstandig</w:t>
      </w:r>
      <w:proofErr w:type="spellEnd"/>
      <w:r>
        <w:rPr>
          <w:sz w:val="22"/>
        </w:rPr>
        <w:t xml:space="preserve"> is </w:t>
      </w:r>
      <w:r w:rsidRPr="000F0842">
        <w:rPr>
          <w:sz w:val="22"/>
        </w:rPr>
        <w:t xml:space="preserve">of hoe je </w:t>
      </w:r>
      <w:proofErr w:type="spellStart"/>
      <w:r w:rsidRPr="000F0842">
        <w:rPr>
          <w:sz w:val="22"/>
        </w:rPr>
        <w:t>meer</w:t>
      </w:r>
      <w:proofErr w:type="spellEnd"/>
      <w:r w:rsidRPr="000F0842">
        <w:rPr>
          <w:sz w:val="22"/>
        </w:rPr>
        <w:t xml:space="preserve"> </w:t>
      </w:r>
      <w:proofErr w:type="spellStart"/>
      <w:r w:rsidRPr="000F0842">
        <w:rPr>
          <w:sz w:val="22"/>
        </w:rPr>
        <w:t>stroom</w:t>
      </w:r>
      <w:proofErr w:type="spellEnd"/>
      <w:r w:rsidRPr="000F0842">
        <w:rPr>
          <w:sz w:val="22"/>
        </w:rPr>
        <w:t xml:space="preserve"> </w:t>
      </w:r>
      <w:proofErr w:type="spellStart"/>
      <w:r w:rsidRPr="000F0842">
        <w:rPr>
          <w:sz w:val="22"/>
        </w:rPr>
        <w:t>zelf</w:t>
      </w:r>
      <w:proofErr w:type="spellEnd"/>
      <w:r w:rsidRPr="000F0842">
        <w:rPr>
          <w:sz w:val="22"/>
        </w:rPr>
        <w:t xml:space="preserve"> </w:t>
      </w:r>
      <w:proofErr w:type="spellStart"/>
      <w:r>
        <w:rPr>
          <w:sz w:val="22"/>
        </w:rPr>
        <w:t>gebruikt</w:t>
      </w:r>
      <w:proofErr w:type="spellEnd"/>
      <w:r>
        <w:rPr>
          <w:sz w:val="22"/>
        </w:rPr>
        <w:t>.</w:t>
      </w:r>
      <w:r w:rsidRPr="000F0842">
        <w:rPr>
          <w:sz w:val="22"/>
        </w:rPr>
        <w:t xml:space="preserve"> </w:t>
      </w:r>
      <w:r>
        <w:rPr>
          <w:sz w:val="22"/>
        </w:rPr>
        <w:t xml:space="preserve">Mensen die </w:t>
      </w:r>
      <w:proofErr w:type="spellStart"/>
      <w:r>
        <w:rPr>
          <w:sz w:val="22"/>
        </w:rPr>
        <w:t>hun</w:t>
      </w:r>
      <w:proofErr w:type="spellEnd"/>
      <w:r>
        <w:rPr>
          <w:sz w:val="22"/>
        </w:rPr>
        <w:t xml:space="preserve"> </w:t>
      </w:r>
      <w:proofErr w:type="spellStart"/>
      <w:r>
        <w:rPr>
          <w:sz w:val="22"/>
        </w:rPr>
        <w:t>gasverbruik</w:t>
      </w:r>
      <w:proofErr w:type="spellEnd"/>
      <w:r>
        <w:rPr>
          <w:sz w:val="22"/>
        </w:rPr>
        <w:t xml:space="preserve"> </w:t>
      </w:r>
      <w:proofErr w:type="spellStart"/>
      <w:r>
        <w:rPr>
          <w:sz w:val="22"/>
        </w:rPr>
        <w:t>willen</w:t>
      </w:r>
      <w:proofErr w:type="spellEnd"/>
      <w:r>
        <w:rPr>
          <w:sz w:val="22"/>
        </w:rPr>
        <w:t xml:space="preserve"> </w:t>
      </w:r>
      <w:proofErr w:type="spellStart"/>
      <w:r>
        <w:rPr>
          <w:sz w:val="22"/>
        </w:rPr>
        <w:t>verminderen</w:t>
      </w:r>
      <w:proofErr w:type="spellEnd"/>
      <w:r>
        <w:rPr>
          <w:sz w:val="22"/>
        </w:rPr>
        <w:t xml:space="preserve">, </w:t>
      </w:r>
      <w:proofErr w:type="spellStart"/>
      <w:r>
        <w:rPr>
          <w:sz w:val="22"/>
        </w:rPr>
        <w:t>staan</w:t>
      </w:r>
      <w:proofErr w:type="spellEnd"/>
      <w:r>
        <w:rPr>
          <w:sz w:val="22"/>
        </w:rPr>
        <w:t xml:space="preserve"> weer </w:t>
      </w:r>
      <w:proofErr w:type="spellStart"/>
      <w:r>
        <w:rPr>
          <w:sz w:val="22"/>
        </w:rPr>
        <w:t>voor</w:t>
      </w:r>
      <w:proofErr w:type="spellEnd"/>
      <w:r>
        <w:rPr>
          <w:sz w:val="22"/>
        </w:rPr>
        <w:t xml:space="preserve"> </w:t>
      </w:r>
      <w:proofErr w:type="spellStart"/>
      <w:r w:rsidRPr="001234EE">
        <w:rPr>
          <w:sz w:val="22"/>
        </w:rPr>
        <w:t>andere</w:t>
      </w:r>
      <w:proofErr w:type="spellEnd"/>
      <w:r w:rsidRPr="001234EE">
        <w:rPr>
          <w:sz w:val="22"/>
        </w:rPr>
        <w:t xml:space="preserve"> </w:t>
      </w:r>
      <w:proofErr w:type="spellStart"/>
      <w:r w:rsidRPr="001234EE">
        <w:rPr>
          <w:sz w:val="22"/>
        </w:rPr>
        <w:t>keuzes</w:t>
      </w:r>
      <w:proofErr w:type="spellEnd"/>
      <w:r>
        <w:rPr>
          <w:sz w:val="22"/>
        </w:rPr>
        <w:t xml:space="preserve">: </w:t>
      </w:r>
      <w:proofErr w:type="spellStart"/>
      <w:r>
        <w:rPr>
          <w:sz w:val="22"/>
        </w:rPr>
        <w:t>isoleren</w:t>
      </w:r>
      <w:proofErr w:type="spellEnd"/>
      <w:r>
        <w:rPr>
          <w:sz w:val="22"/>
        </w:rPr>
        <w:t xml:space="preserve">, </w:t>
      </w:r>
      <w:proofErr w:type="spellStart"/>
      <w:r>
        <w:rPr>
          <w:sz w:val="22"/>
        </w:rPr>
        <w:t>een</w:t>
      </w:r>
      <w:proofErr w:type="spellEnd"/>
      <w:r>
        <w:rPr>
          <w:sz w:val="22"/>
        </w:rPr>
        <w:t xml:space="preserve"> (</w:t>
      </w:r>
      <w:proofErr w:type="spellStart"/>
      <w:r>
        <w:rPr>
          <w:sz w:val="22"/>
        </w:rPr>
        <w:t>hybride</w:t>
      </w:r>
      <w:proofErr w:type="spellEnd"/>
      <w:r>
        <w:rPr>
          <w:sz w:val="22"/>
        </w:rPr>
        <w:t xml:space="preserve">) </w:t>
      </w:r>
      <w:proofErr w:type="spellStart"/>
      <w:r>
        <w:rPr>
          <w:sz w:val="22"/>
        </w:rPr>
        <w:t>warmtepomp</w:t>
      </w:r>
      <w:proofErr w:type="spellEnd"/>
      <w:r>
        <w:rPr>
          <w:sz w:val="22"/>
        </w:rPr>
        <w:t xml:space="preserve"> of </w:t>
      </w:r>
      <w:proofErr w:type="spellStart"/>
      <w:r>
        <w:rPr>
          <w:sz w:val="22"/>
        </w:rPr>
        <w:t>een</w:t>
      </w:r>
      <w:proofErr w:type="spellEnd"/>
      <w:r>
        <w:rPr>
          <w:sz w:val="22"/>
        </w:rPr>
        <w:t xml:space="preserve"> </w:t>
      </w:r>
      <w:proofErr w:type="spellStart"/>
      <w:r>
        <w:rPr>
          <w:sz w:val="22"/>
        </w:rPr>
        <w:t>andere</w:t>
      </w:r>
      <w:proofErr w:type="spellEnd"/>
      <w:r>
        <w:rPr>
          <w:sz w:val="22"/>
        </w:rPr>
        <w:t xml:space="preserve"> </w:t>
      </w:r>
      <w:proofErr w:type="spellStart"/>
      <w:r>
        <w:rPr>
          <w:sz w:val="22"/>
        </w:rPr>
        <w:t>oplossing</w:t>
      </w:r>
      <w:proofErr w:type="spellEnd"/>
      <w:r>
        <w:rPr>
          <w:sz w:val="22"/>
        </w:rPr>
        <w:t xml:space="preserve">? Het </w:t>
      </w:r>
      <w:proofErr w:type="spellStart"/>
      <w:r w:rsidRPr="000F0842">
        <w:rPr>
          <w:sz w:val="22"/>
        </w:rPr>
        <w:t>antwoord</w:t>
      </w:r>
      <w:proofErr w:type="spellEnd"/>
      <w:r w:rsidRPr="000F0842">
        <w:rPr>
          <w:sz w:val="22"/>
        </w:rPr>
        <w:t xml:space="preserve"> </w:t>
      </w:r>
      <w:r>
        <w:rPr>
          <w:sz w:val="22"/>
        </w:rPr>
        <w:t xml:space="preserve">is </w:t>
      </w:r>
      <w:proofErr w:type="spellStart"/>
      <w:r>
        <w:rPr>
          <w:sz w:val="22"/>
        </w:rPr>
        <w:t>niet</w:t>
      </w:r>
      <w:proofErr w:type="spellEnd"/>
      <w:r>
        <w:rPr>
          <w:sz w:val="22"/>
        </w:rPr>
        <w:t xml:space="preserve"> </w:t>
      </w:r>
      <w:proofErr w:type="spellStart"/>
      <w:r>
        <w:rPr>
          <w:sz w:val="22"/>
        </w:rPr>
        <w:t>voor</w:t>
      </w:r>
      <w:proofErr w:type="spellEnd"/>
      <w:r>
        <w:rPr>
          <w:sz w:val="22"/>
        </w:rPr>
        <w:t xml:space="preserve"> </w:t>
      </w:r>
      <w:proofErr w:type="spellStart"/>
      <w:r>
        <w:rPr>
          <w:sz w:val="22"/>
        </w:rPr>
        <w:t>iedereen</w:t>
      </w:r>
      <w:proofErr w:type="spellEnd"/>
      <w:r>
        <w:rPr>
          <w:sz w:val="22"/>
        </w:rPr>
        <w:t xml:space="preserve"> </w:t>
      </w:r>
      <w:proofErr w:type="spellStart"/>
      <w:r>
        <w:rPr>
          <w:sz w:val="22"/>
        </w:rPr>
        <w:t>hetzelfde</w:t>
      </w:r>
      <w:proofErr w:type="spellEnd"/>
      <w:r>
        <w:rPr>
          <w:sz w:val="22"/>
        </w:rPr>
        <w:t xml:space="preserve">. Dat </w:t>
      </w:r>
      <w:proofErr w:type="spellStart"/>
      <w:r w:rsidRPr="000F0842">
        <w:rPr>
          <w:sz w:val="22"/>
        </w:rPr>
        <w:t>hangt</w:t>
      </w:r>
      <w:proofErr w:type="spellEnd"/>
      <w:r w:rsidRPr="000F0842">
        <w:rPr>
          <w:sz w:val="22"/>
        </w:rPr>
        <w:t xml:space="preserve"> </w:t>
      </w:r>
      <w:proofErr w:type="spellStart"/>
      <w:r w:rsidRPr="000F0842">
        <w:rPr>
          <w:sz w:val="22"/>
        </w:rPr>
        <w:t>af</w:t>
      </w:r>
      <w:proofErr w:type="spellEnd"/>
      <w:r w:rsidRPr="000F0842">
        <w:rPr>
          <w:sz w:val="22"/>
        </w:rPr>
        <w:t xml:space="preserve"> van het huis, het </w:t>
      </w:r>
      <w:proofErr w:type="spellStart"/>
      <w:r w:rsidRPr="000F0842">
        <w:rPr>
          <w:sz w:val="22"/>
        </w:rPr>
        <w:t>verbruik</w:t>
      </w:r>
      <w:proofErr w:type="spellEnd"/>
      <w:r w:rsidRPr="000F0842">
        <w:rPr>
          <w:sz w:val="22"/>
        </w:rPr>
        <w:t xml:space="preserve"> en de </w:t>
      </w:r>
      <w:proofErr w:type="spellStart"/>
      <w:r w:rsidRPr="000F0842">
        <w:rPr>
          <w:sz w:val="22"/>
        </w:rPr>
        <w:t>manier</w:t>
      </w:r>
      <w:proofErr w:type="spellEnd"/>
      <w:r w:rsidRPr="000F0842">
        <w:rPr>
          <w:sz w:val="22"/>
        </w:rPr>
        <w:t xml:space="preserve"> </w:t>
      </w:r>
      <w:proofErr w:type="spellStart"/>
      <w:r w:rsidRPr="000F0842">
        <w:rPr>
          <w:sz w:val="22"/>
        </w:rPr>
        <w:t>waarop</w:t>
      </w:r>
      <w:proofErr w:type="spellEnd"/>
      <w:r w:rsidRPr="000F0842">
        <w:rPr>
          <w:sz w:val="22"/>
        </w:rPr>
        <w:t xml:space="preserve"> </w:t>
      </w:r>
      <w:proofErr w:type="spellStart"/>
      <w:r w:rsidRPr="000F0842">
        <w:rPr>
          <w:sz w:val="22"/>
        </w:rPr>
        <w:t>bewoners</w:t>
      </w:r>
      <w:proofErr w:type="spellEnd"/>
      <w:r w:rsidRPr="000F0842">
        <w:rPr>
          <w:sz w:val="22"/>
        </w:rPr>
        <w:t xml:space="preserve"> </w:t>
      </w:r>
      <w:proofErr w:type="spellStart"/>
      <w:r w:rsidRPr="000F0842">
        <w:rPr>
          <w:sz w:val="22"/>
        </w:rPr>
        <w:t>leven</w:t>
      </w:r>
      <w:proofErr w:type="spellEnd"/>
      <w:r w:rsidRPr="000F0842">
        <w:rPr>
          <w:sz w:val="22"/>
        </w:rPr>
        <w:t xml:space="preserve">. </w:t>
      </w:r>
    </w:p>
    <w:p w14:paraId="6CC8EAB3" w14:textId="5546960F" w:rsidR="00CB6B84" w:rsidRPr="000F0842" w:rsidRDefault="00CB6B84" w:rsidP="00ED3630">
      <w:pPr>
        <w:rPr>
          <w:sz w:val="22"/>
        </w:rPr>
      </w:pPr>
      <w:proofErr w:type="spellStart"/>
      <w:r>
        <w:rPr>
          <w:sz w:val="22"/>
        </w:rPr>
        <w:t>Tijdens</w:t>
      </w:r>
      <w:proofErr w:type="spellEnd"/>
      <w:r>
        <w:rPr>
          <w:sz w:val="22"/>
        </w:rPr>
        <w:t xml:space="preserve"> de Nationale Duurzame Huizen Route </w:t>
      </w:r>
      <w:proofErr w:type="spellStart"/>
      <w:r>
        <w:rPr>
          <w:sz w:val="22"/>
        </w:rPr>
        <w:t>kunnen</w:t>
      </w:r>
      <w:proofErr w:type="spellEnd"/>
      <w:r>
        <w:rPr>
          <w:sz w:val="22"/>
        </w:rPr>
        <w:t xml:space="preserve"> </w:t>
      </w:r>
      <w:proofErr w:type="spellStart"/>
      <w:r>
        <w:rPr>
          <w:sz w:val="22"/>
        </w:rPr>
        <w:t>bezoekers</w:t>
      </w:r>
      <w:proofErr w:type="spellEnd"/>
      <w:r>
        <w:rPr>
          <w:sz w:val="22"/>
        </w:rPr>
        <w:t xml:space="preserve"> </w:t>
      </w:r>
      <w:proofErr w:type="spellStart"/>
      <w:r w:rsidR="00E2474E">
        <w:rPr>
          <w:sz w:val="22"/>
        </w:rPr>
        <w:t>ideeën</w:t>
      </w:r>
      <w:proofErr w:type="spellEnd"/>
      <w:r w:rsidR="00E2474E">
        <w:rPr>
          <w:sz w:val="22"/>
        </w:rPr>
        <w:t xml:space="preserve"> </w:t>
      </w:r>
      <w:proofErr w:type="spellStart"/>
      <w:r w:rsidR="00E2474E">
        <w:rPr>
          <w:sz w:val="22"/>
        </w:rPr>
        <w:t>opdoen</w:t>
      </w:r>
      <w:proofErr w:type="spellEnd"/>
      <w:r w:rsidR="00E2474E">
        <w:rPr>
          <w:sz w:val="22"/>
        </w:rPr>
        <w:t xml:space="preserve"> </w:t>
      </w:r>
      <w:proofErr w:type="spellStart"/>
      <w:r w:rsidR="00E2474E">
        <w:rPr>
          <w:sz w:val="22"/>
        </w:rPr>
        <w:t>bij</w:t>
      </w:r>
      <w:proofErr w:type="spellEnd"/>
      <w:r w:rsidR="00E2474E">
        <w:rPr>
          <w:sz w:val="22"/>
        </w:rPr>
        <w:t xml:space="preserve"> </w:t>
      </w:r>
      <w:proofErr w:type="spellStart"/>
      <w:r w:rsidR="00E2474E">
        <w:rPr>
          <w:sz w:val="22"/>
        </w:rPr>
        <w:t>woningen</w:t>
      </w:r>
      <w:proofErr w:type="spellEnd"/>
      <w:r w:rsidR="00E2474E">
        <w:rPr>
          <w:sz w:val="22"/>
        </w:rPr>
        <w:t xml:space="preserve"> met </w:t>
      </w:r>
      <w:r w:rsidRPr="000F0842">
        <w:rPr>
          <w:rFonts w:eastAsia="Times New Roman" w:cs="Times New Roman"/>
          <w:sz w:val="22"/>
          <w:lang w:val="nl-NL" w:eastAsia="nl-NL"/>
        </w:rPr>
        <w:t>onder meer isolatie, zonnepanelen, thuisbatterijen, (hybride) warmtepompen en</w:t>
      </w:r>
      <w:r w:rsidR="00E2474E">
        <w:rPr>
          <w:rFonts w:eastAsia="Times New Roman" w:cs="Times New Roman"/>
          <w:sz w:val="22"/>
          <w:lang w:val="nl-NL" w:eastAsia="nl-NL"/>
        </w:rPr>
        <w:t xml:space="preserve"> andere slimme toepassingen in huis. De huiseigenaren vertellen eerlijk wat de maatregelen hebben gekost, wat ze ervan merken in de praktijk en wat ze achteraf anders zouden doen. </w:t>
      </w:r>
      <w:r w:rsidR="00E2474E">
        <w:rPr>
          <w:sz w:val="22"/>
          <w:lang w:val="nl-NL"/>
        </w:rPr>
        <w:t xml:space="preserve">Het is ook mogelijk om meerdere huizen te bezoeken om verschillende ervaringen in de praktijk met elkaar te vergelijken. </w:t>
      </w:r>
    </w:p>
    <w:p w14:paraId="32B42703" w14:textId="1ADF347E" w:rsidR="00E2474E" w:rsidRDefault="00E2474E" w:rsidP="00E2474E">
      <w:pPr>
        <w:rPr>
          <w:sz w:val="22"/>
          <w:lang w:val="nl-NL"/>
        </w:rPr>
      </w:pPr>
      <w:r>
        <w:rPr>
          <w:b/>
          <w:bCs/>
          <w:sz w:val="22"/>
          <w:lang w:val="nl-NL"/>
        </w:rPr>
        <w:t>Gratis inschrijven</w:t>
      </w:r>
    </w:p>
    <w:p w14:paraId="1DAA1332" w14:textId="528C70FB" w:rsidR="009B20A9" w:rsidRDefault="009B20A9" w:rsidP="00E2474E">
      <w:pPr>
        <w:pBdr>
          <w:bottom w:val="single" w:sz="12" w:space="1" w:color="auto"/>
        </w:pBdr>
        <w:rPr>
          <w:sz w:val="22"/>
          <w:lang w:val="nl-NL"/>
        </w:rPr>
      </w:pPr>
      <w:r>
        <w:rPr>
          <w:sz w:val="22"/>
          <w:lang w:val="nl-NL"/>
        </w:rPr>
        <w:t>De open dagen van de Duurzame Huizen Route vinden plaats op zaterdag 31 oktober en 7 november 2026. Een bezoek is gratis</w:t>
      </w:r>
      <w:r w:rsidR="00CB6B84">
        <w:rPr>
          <w:sz w:val="22"/>
          <w:lang w:val="nl-NL"/>
        </w:rPr>
        <w:t>.</w:t>
      </w:r>
      <w:r>
        <w:rPr>
          <w:sz w:val="22"/>
          <w:lang w:val="nl-NL"/>
        </w:rPr>
        <w:t xml:space="preserve"> </w:t>
      </w:r>
      <w:proofErr w:type="spellStart"/>
      <w:r w:rsidR="00557EA3" w:rsidRPr="000F0842">
        <w:rPr>
          <w:sz w:val="22"/>
        </w:rPr>
        <w:t>Bezoekers</w:t>
      </w:r>
      <w:proofErr w:type="spellEnd"/>
      <w:r w:rsidR="00557EA3" w:rsidRPr="000F0842">
        <w:rPr>
          <w:sz w:val="22"/>
        </w:rPr>
        <w:t xml:space="preserve"> </w:t>
      </w:r>
      <w:proofErr w:type="spellStart"/>
      <w:r w:rsidR="00557EA3" w:rsidRPr="000F0842">
        <w:rPr>
          <w:sz w:val="22"/>
        </w:rPr>
        <w:t>melden</w:t>
      </w:r>
      <w:proofErr w:type="spellEnd"/>
      <w:r w:rsidR="00557EA3" w:rsidRPr="000F0842">
        <w:rPr>
          <w:sz w:val="22"/>
        </w:rPr>
        <w:t xml:space="preserve"> </w:t>
      </w:r>
      <w:proofErr w:type="spellStart"/>
      <w:r w:rsidR="00557EA3" w:rsidRPr="000F0842">
        <w:rPr>
          <w:sz w:val="22"/>
        </w:rPr>
        <w:t>zich</w:t>
      </w:r>
      <w:proofErr w:type="spellEnd"/>
      <w:r w:rsidR="00557EA3" w:rsidRPr="000F0842">
        <w:rPr>
          <w:sz w:val="22"/>
        </w:rPr>
        <w:t xml:space="preserve"> </w:t>
      </w:r>
      <w:proofErr w:type="spellStart"/>
      <w:r w:rsidR="00557EA3" w:rsidRPr="000F0842">
        <w:rPr>
          <w:sz w:val="22"/>
        </w:rPr>
        <w:t>vooraf</w:t>
      </w:r>
      <w:proofErr w:type="spellEnd"/>
      <w:r w:rsidR="00557EA3" w:rsidRPr="000F0842">
        <w:rPr>
          <w:sz w:val="22"/>
        </w:rPr>
        <w:t xml:space="preserve"> </w:t>
      </w:r>
      <w:proofErr w:type="spellStart"/>
      <w:r w:rsidR="00557EA3" w:rsidRPr="000F0842">
        <w:rPr>
          <w:sz w:val="22"/>
        </w:rPr>
        <w:t>aan</w:t>
      </w:r>
      <w:proofErr w:type="spellEnd"/>
      <w:r w:rsidR="00557EA3" w:rsidRPr="000F0842">
        <w:rPr>
          <w:sz w:val="22"/>
        </w:rPr>
        <w:t xml:space="preserve"> </w:t>
      </w:r>
      <w:proofErr w:type="spellStart"/>
      <w:r w:rsidR="00557EA3">
        <w:rPr>
          <w:sz w:val="22"/>
        </w:rPr>
        <w:t>bij</w:t>
      </w:r>
      <w:proofErr w:type="spellEnd"/>
      <w:r w:rsidR="00557EA3" w:rsidRPr="000F0842">
        <w:rPr>
          <w:sz w:val="22"/>
        </w:rPr>
        <w:t xml:space="preserve"> </w:t>
      </w:r>
      <w:proofErr w:type="spellStart"/>
      <w:r w:rsidR="00557EA3" w:rsidRPr="000F0842">
        <w:rPr>
          <w:sz w:val="22"/>
        </w:rPr>
        <w:t>een</w:t>
      </w:r>
      <w:proofErr w:type="spellEnd"/>
      <w:r w:rsidR="00557EA3" w:rsidRPr="000F0842">
        <w:rPr>
          <w:sz w:val="22"/>
        </w:rPr>
        <w:t xml:space="preserve"> </w:t>
      </w:r>
      <w:proofErr w:type="spellStart"/>
      <w:r w:rsidR="00557EA3" w:rsidRPr="000F0842">
        <w:rPr>
          <w:sz w:val="22"/>
        </w:rPr>
        <w:t>woning</w:t>
      </w:r>
      <w:proofErr w:type="spellEnd"/>
      <w:r w:rsidR="00557EA3" w:rsidRPr="000F0842">
        <w:rPr>
          <w:sz w:val="22"/>
        </w:rPr>
        <w:t xml:space="preserve"> en </w:t>
      </w:r>
      <w:proofErr w:type="spellStart"/>
      <w:r w:rsidR="00557EA3">
        <w:rPr>
          <w:sz w:val="22"/>
        </w:rPr>
        <w:t>kiezen</w:t>
      </w:r>
      <w:proofErr w:type="spellEnd"/>
      <w:r w:rsidR="00557EA3">
        <w:rPr>
          <w:sz w:val="22"/>
        </w:rPr>
        <w:t xml:space="preserve"> </w:t>
      </w:r>
      <w:proofErr w:type="spellStart"/>
      <w:r w:rsidR="00557EA3" w:rsidRPr="000F0842">
        <w:rPr>
          <w:sz w:val="22"/>
        </w:rPr>
        <w:t>een</w:t>
      </w:r>
      <w:proofErr w:type="spellEnd"/>
      <w:r w:rsidR="00557EA3" w:rsidRPr="000F0842">
        <w:rPr>
          <w:sz w:val="22"/>
        </w:rPr>
        <w:t xml:space="preserve"> </w:t>
      </w:r>
      <w:proofErr w:type="spellStart"/>
      <w:r w:rsidR="00557EA3" w:rsidRPr="000F0842">
        <w:rPr>
          <w:sz w:val="22"/>
        </w:rPr>
        <w:t>tijdstip</w:t>
      </w:r>
      <w:proofErr w:type="spellEnd"/>
      <w:r w:rsidR="00557EA3" w:rsidDel="00557EA3">
        <w:rPr>
          <w:sz w:val="22"/>
          <w:lang w:val="nl-NL"/>
        </w:rPr>
        <w:t xml:space="preserve"> </w:t>
      </w:r>
      <w:r w:rsidR="00CB6B84">
        <w:rPr>
          <w:sz w:val="22"/>
          <w:lang w:val="nl-NL"/>
        </w:rPr>
        <w:t xml:space="preserve">via de website </w:t>
      </w:r>
      <w:hyperlink r:id="rId11" w:history="1">
        <w:r w:rsidR="00CB6B84" w:rsidRPr="003B61EF">
          <w:rPr>
            <w:rStyle w:val="Hyperlink"/>
            <w:sz w:val="22"/>
            <w:lang w:val="nl-NL"/>
          </w:rPr>
          <w:t>www.duurzamehuizenroute.nl</w:t>
        </w:r>
      </w:hyperlink>
      <w:r w:rsidR="00CB6B84">
        <w:rPr>
          <w:sz w:val="22"/>
          <w:lang w:val="nl-NL"/>
        </w:rPr>
        <w:t xml:space="preserve">. </w:t>
      </w:r>
    </w:p>
    <w:p w14:paraId="39BAA344" w14:textId="77777777" w:rsidR="00F91BC3" w:rsidRDefault="00F91BC3" w:rsidP="00E2474E">
      <w:pPr>
        <w:pBdr>
          <w:bottom w:val="single" w:sz="12" w:space="1" w:color="auto"/>
        </w:pBdr>
        <w:rPr>
          <w:lang w:val="nl-NL"/>
        </w:rPr>
      </w:pPr>
    </w:p>
    <w:p w14:paraId="38D5FA1D" w14:textId="62793EAF" w:rsidR="001046D0" w:rsidRDefault="001046D0" w:rsidP="001046D0">
      <w:pPr>
        <w:rPr>
          <w:lang w:val="nl-NL"/>
        </w:rPr>
      </w:pPr>
      <w:r w:rsidRPr="0072682C">
        <w:rPr>
          <w:rFonts w:eastAsia="Times New Roman" w:cs="Times New Roman"/>
          <w:b/>
          <w:bCs/>
          <w:sz w:val="22"/>
          <w:lang w:eastAsia="nl-NL"/>
        </w:rPr>
        <w:t xml:space="preserve">Noot </w:t>
      </w:r>
      <w:proofErr w:type="spellStart"/>
      <w:r w:rsidRPr="0072682C">
        <w:rPr>
          <w:rFonts w:eastAsia="Times New Roman" w:cs="Times New Roman"/>
          <w:b/>
          <w:bCs/>
          <w:sz w:val="22"/>
          <w:lang w:eastAsia="nl-NL"/>
        </w:rPr>
        <w:t>voor</w:t>
      </w:r>
      <w:proofErr w:type="spellEnd"/>
      <w:r w:rsidRPr="0072682C">
        <w:rPr>
          <w:rFonts w:eastAsia="Times New Roman" w:cs="Times New Roman"/>
          <w:b/>
          <w:bCs/>
          <w:sz w:val="22"/>
          <w:lang w:eastAsia="nl-NL"/>
        </w:rPr>
        <w:t xml:space="preserve"> de </w:t>
      </w:r>
      <w:proofErr w:type="spellStart"/>
      <w:r w:rsidR="00F91BC3">
        <w:rPr>
          <w:rFonts w:eastAsia="Times New Roman" w:cs="Times New Roman"/>
          <w:b/>
          <w:bCs/>
          <w:sz w:val="22"/>
          <w:lang w:eastAsia="nl-NL"/>
        </w:rPr>
        <w:t>redactie</w:t>
      </w:r>
      <w:proofErr w:type="spellEnd"/>
      <w:r w:rsidR="00F91BC3">
        <w:rPr>
          <w:rFonts w:eastAsia="Times New Roman" w:cs="Times New Roman"/>
          <w:b/>
          <w:bCs/>
          <w:sz w:val="22"/>
          <w:lang w:eastAsia="nl-NL"/>
        </w:rPr>
        <w:t>:</w:t>
      </w:r>
      <w:r w:rsidRPr="0072682C">
        <w:rPr>
          <w:rFonts w:eastAsia="Times New Roman" w:cs="Times New Roman"/>
          <w:sz w:val="22"/>
          <w:lang w:eastAsia="nl-NL"/>
        </w:rPr>
        <w:br/>
      </w:r>
      <w:r w:rsidRPr="000F0842">
        <w:rPr>
          <w:lang w:val="nl-NL"/>
        </w:rPr>
        <w:t>Voor meer informatie</w:t>
      </w:r>
      <w:r>
        <w:rPr>
          <w:lang w:val="nl-NL"/>
        </w:rPr>
        <w:t xml:space="preserve"> </w:t>
      </w:r>
      <w:proofErr w:type="gramStart"/>
      <w:r w:rsidRPr="000F0842">
        <w:rPr>
          <w:lang w:val="nl-NL"/>
        </w:rPr>
        <w:t>kunt</w:t>
      </w:r>
      <w:proofErr w:type="gramEnd"/>
      <w:r w:rsidRPr="000F0842">
        <w:rPr>
          <w:lang w:val="nl-NL"/>
        </w:rPr>
        <w:t xml:space="preserve"> u contact opnemen met </w:t>
      </w:r>
      <w:r>
        <w:rPr>
          <w:lang w:val="nl-NL"/>
        </w:rPr>
        <w:t>het</w:t>
      </w:r>
      <w:r w:rsidRPr="000F0842">
        <w:rPr>
          <w:lang w:val="nl-NL"/>
        </w:rPr>
        <w:t xml:space="preserve"> team van de Nationale Duurzame Huizen Route</w:t>
      </w:r>
      <w:r>
        <w:rPr>
          <w:lang w:val="nl-NL"/>
        </w:rPr>
        <w:t xml:space="preserve"> met Carina den Otter</w:t>
      </w:r>
      <w:r w:rsidRPr="000F0842">
        <w:rPr>
          <w:lang w:val="nl-NL"/>
        </w:rPr>
        <w:t xml:space="preserve">: 0525-701193 of </w:t>
      </w:r>
      <w:hyperlink r:id="rId12" w:history="1">
        <w:r w:rsidRPr="000F0842">
          <w:rPr>
            <w:rStyle w:val="Hyperlink"/>
            <w:lang w:val="nl-NL"/>
          </w:rPr>
          <w:t>info@duurzamehuizenroute.nl</w:t>
        </w:r>
      </w:hyperlink>
      <w:r w:rsidRPr="000F0842">
        <w:rPr>
          <w:lang w:val="nl-NL"/>
        </w:rPr>
        <w:t xml:space="preserve">. Andere afbeeldingen kunt u downloaden via </w:t>
      </w:r>
      <w:hyperlink r:id="rId13" w:history="1">
        <w:r w:rsidRPr="000F0842">
          <w:rPr>
            <w:rStyle w:val="Hyperlink"/>
            <w:lang w:val="nl-NL"/>
          </w:rPr>
          <w:t>www.duurzamehuizenroute.nl/pers</w:t>
        </w:r>
      </w:hyperlink>
      <w:r w:rsidRPr="000F0842">
        <w:rPr>
          <w:lang w:val="nl-NL"/>
        </w:rPr>
        <w:t>. Afbeeldingen zijn eigendom van de Nationale Duurzame Huizen Route en mogen uitsluitend gebruikt worden voor uitingen over de Nationale Duurzame Huizen Route.</w:t>
      </w:r>
    </w:p>
    <w:p w14:paraId="2BFBF5A7" w14:textId="267ED4F6" w:rsidR="0072682C" w:rsidRPr="00F91BC3" w:rsidRDefault="00F91BC3" w:rsidP="000F0842">
      <w:pPr>
        <w:pageBreakBefore/>
        <w:spacing w:after="120"/>
        <w:rPr>
          <w:rFonts w:eastAsia="Times New Roman" w:cs="Times New Roman"/>
          <w:sz w:val="22"/>
          <w:lang w:val="nl-NL" w:eastAsia="nl-NL"/>
        </w:rPr>
      </w:pPr>
      <w:r>
        <w:rPr>
          <w:rStyle w:val="Kop1Char"/>
          <w:rFonts w:ascii="Aptos" w:hAnsi="Aptos"/>
          <w:b/>
          <w:bCs/>
          <w:color w:val="auto"/>
          <w:sz w:val="22"/>
          <w:szCs w:val="22"/>
          <w:lang w:val="nl-NL"/>
        </w:rPr>
        <w:t xml:space="preserve">PERSBERICHT, complete variant</w:t>
      </w:r>
      <w:r>
        <w:rPr>
          <w:rStyle w:val="Kop1Char"/>
          <w:rFonts w:ascii="Aptos" w:hAnsi="Aptos"/>
          <w:b w:val="0"/>
          <w:bCs w:val="0"/>
          <w:color w:val="auto"/>
          <w:sz w:val="22"/>
          <w:szCs w:val="22"/>
          <w:lang w:val="nl-NL"/>
        </w:rPr>
        <w:t xml:space="preserve">, 14 oktober 2026</w:t>
      </w:r>
    </w:p>
    <w:p w14:paraId="709AC403" w14:textId="734F66E2" w:rsidR="001234EE" w:rsidRPr="000F0842" w:rsidRDefault="0072682C" w:rsidP="0072682C">
      <w:pPr>
        <w:spacing w:before="100" w:beforeAutospacing="1" w:afterAutospacing="1"/>
        <w:rPr>
          <w:rFonts w:eastAsia="Times New Roman" w:cs="Times New Roman"/>
          <w:b/>
          <w:bCs/>
          <w:sz w:val="32"/>
          <w:szCs w:val="32"/>
          <w:lang w:val="nl-NL" w:eastAsia="nl-NL"/>
        </w:rPr>
      </w:pPr>
      <w:r w:rsidRPr="000F0842">
        <w:rPr>
          <w:rFonts w:eastAsia="Times New Roman" w:cs="Times New Roman"/>
          <w:b/>
          <w:bCs/>
          <w:sz w:val="32"/>
          <w:szCs w:val="32"/>
          <w:lang w:val="nl-NL" w:eastAsia="nl-NL"/>
        </w:rPr>
        <w:t xml:space="preserve">Salderen stopt: </w:t>
      </w:r>
      <w:r w:rsidR="00E664ED">
        <w:rPr>
          <w:rFonts w:eastAsia="Times New Roman" w:cs="Times New Roman"/>
          <w:b/>
          <w:bCs/>
          <w:sz w:val="32"/>
          <w:szCs w:val="32"/>
          <w:lang w:val="nl-NL" w:eastAsia="nl-NL"/>
        </w:rPr>
        <w:t>3</w:t>
      </w:r>
      <w:r w:rsidRPr="000F0842">
        <w:rPr>
          <w:rFonts w:eastAsia="Times New Roman" w:cs="Times New Roman"/>
          <w:b/>
          <w:bCs/>
          <w:sz w:val="32"/>
          <w:szCs w:val="32"/>
          <w:lang w:val="nl-NL" w:eastAsia="nl-NL"/>
        </w:rPr>
        <w:t xml:space="preserve">00 huiseigenaren laten zien </w:t>
      </w:r>
      <w:r w:rsidR="001234EE" w:rsidRPr="000F0842">
        <w:rPr>
          <w:rFonts w:eastAsia="Times New Roman" w:cs="Times New Roman"/>
          <w:b/>
          <w:bCs/>
          <w:sz w:val="32"/>
          <w:szCs w:val="32"/>
          <w:lang w:val="nl-NL" w:eastAsia="nl-NL"/>
        </w:rPr>
        <w:t>wat werkt in hun woning</w:t>
      </w:r>
    </w:p>
    <w:p w14:paraId="6C61A08D" w14:textId="10D6D8C3" w:rsidR="001234EE" w:rsidRPr="000F0842" w:rsidRDefault="0006791E" w:rsidP="000F0842">
      <w:pPr>
        <w:pStyle w:val="Normaalweb"/>
        <w:rPr>
          <w:rFonts w:ascii="Aptos" w:hAnsi="Aptos"/>
          <w:sz w:val="22"/>
          <w:szCs w:val="22"/>
        </w:rPr>
      </w:pPr>
      <w:r>
        <w:rPr>
          <w:rFonts w:ascii="Aptos" w:hAnsi="Aptos"/>
          <w:b/>
          <w:bCs/>
          <w:sz w:val="22"/>
          <w:szCs w:val="22"/>
        </w:rPr>
        <w:t xml:space="preserve">NEDERLAND - </w:t>
      </w:r>
      <w:r w:rsidR="001234EE" w:rsidRPr="000F0842">
        <w:rPr>
          <w:rFonts w:ascii="Aptos" w:hAnsi="Aptos"/>
          <w:b/>
          <w:bCs/>
          <w:sz w:val="22"/>
          <w:szCs w:val="22"/>
        </w:rPr>
        <w:t xml:space="preserve">Op 1 januari stopt de salderingsregeling. Voor veel huiseigenaren is dat een </w:t>
      </w:r>
      <w:r w:rsidR="00CB6B84">
        <w:rPr>
          <w:rFonts w:ascii="Aptos" w:hAnsi="Aptos"/>
          <w:b/>
          <w:bCs/>
          <w:sz w:val="22"/>
          <w:szCs w:val="22"/>
        </w:rPr>
        <w:t>aanleiding</w:t>
      </w:r>
      <w:r w:rsidR="00CB6B84" w:rsidRPr="000F0842">
        <w:rPr>
          <w:rFonts w:ascii="Aptos" w:hAnsi="Aptos"/>
          <w:b/>
          <w:bCs/>
          <w:sz w:val="22"/>
          <w:szCs w:val="22"/>
        </w:rPr>
        <w:t xml:space="preserve"> </w:t>
      </w:r>
      <w:r w:rsidR="001234EE" w:rsidRPr="000F0842">
        <w:rPr>
          <w:rFonts w:ascii="Aptos" w:hAnsi="Aptos"/>
          <w:b/>
          <w:bCs/>
          <w:sz w:val="22"/>
          <w:szCs w:val="22"/>
        </w:rPr>
        <w:t>om opnieuw te kijken naar hun woning en energiegebruik.</w:t>
      </w:r>
      <w:r w:rsidR="00F40E3E">
        <w:rPr>
          <w:rFonts w:ascii="Aptos" w:hAnsi="Aptos"/>
          <w:b/>
          <w:bCs/>
          <w:sz w:val="22"/>
          <w:szCs w:val="22"/>
        </w:rPr>
        <w:t xml:space="preserve"> Op </w:t>
      </w:r>
      <w:r w:rsidR="001234EE" w:rsidRPr="000F0842">
        <w:rPr>
          <w:rFonts w:ascii="Aptos" w:hAnsi="Aptos"/>
          <w:b/>
          <w:bCs/>
          <w:sz w:val="22"/>
          <w:szCs w:val="22"/>
        </w:rPr>
        <w:t>zaterdag 31 oktober en 7 november kunnen bezoekers</w:t>
      </w:r>
      <w:r w:rsidR="000A23DF">
        <w:rPr>
          <w:rFonts w:ascii="Aptos" w:hAnsi="Aptos"/>
          <w:b/>
          <w:bCs/>
          <w:sz w:val="22"/>
          <w:szCs w:val="22"/>
        </w:rPr>
        <w:t xml:space="preserve"> hiervoor</w:t>
      </w:r>
      <w:r w:rsidR="001234EE" w:rsidRPr="000F0842">
        <w:rPr>
          <w:rFonts w:ascii="Aptos" w:hAnsi="Aptos"/>
          <w:b/>
          <w:bCs/>
          <w:sz w:val="22"/>
          <w:szCs w:val="22"/>
        </w:rPr>
        <w:t xml:space="preserve"> </w:t>
      </w:r>
      <w:r w:rsidR="00F40E3E">
        <w:rPr>
          <w:rFonts w:ascii="Aptos" w:hAnsi="Aptos"/>
          <w:b/>
          <w:bCs/>
          <w:sz w:val="22"/>
          <w:szCs w:val="22"/>
        </w:rPr>
        <w:t xml:space="preserve">ideeën opdoen tijdens de </w:t>
      </w:r>
      <w:r w:rsidR="00557EA3">
        <w:rPr>
          <w:rFonts w:ascii="Aptos" w:hAnsi="Aptos"/>
          <w:b/>
          <w:bCs/>
          <w:sz w:val="22"/>
          <w:szCs w:val="22"/>
        </w:rPr>
        <w:t xml:space="preserve">jaarlijkse open dagen van de </w:t>
      </w:r>
      <w:r w:rsidR="00F40E3E">
        <w:rPr>
          <w:rFonts w:ascii="Aptos" w:hAnsi="Aptos"/>
          <w:b/>
          <w:bCs/>
          <w:sz w:val="22"/>
          <w:szCs w:val="22"/>
        </w:rPr>
        <w:t xml:space="preserve">Nationale Duurzame Huizen Route. </w:t>
      </w:r>
      <w:r w:rsidR="001234EE" w:rsidRPr="000F0842">
        <w:rPr>
          <w:rFonts w:ascii="Aptos" w:hAnsi="Aptos"/>
          <w:b/>
          <w:bCs/>
          <w:sz w:val="22"/>
          <w:szCs w:val="22"/>
        </w:rPr>
        <w:t xml:space="preserve">In heel Nederland openen </w:t>
      </w:r>
      <w:r w:rsidR="00557EA3">
        <w:rPr>
          <w:rFonts w:ascii="Aptos" w:hAnsi="Aptos"/>
          <w:b/>
          <w:bCs/>
          <w:sz w:val="22"/>
          <w:szCs w:val="22"/>
        </w:rPr>
        <w:t xml:space="preserve">meer dan </w:t>
      </w:r>
      <w:r w:rsidR="00E664ED" w:rsidRPr="000F0842">
        <w:rPr>
          <w:rFonts w:ascii="Aptos" w:hAnsi="Aptos"/>
          <w:b/>
          <w:bCs/>
          <w:sz w:val="22"/>
          <w:szCs w:val="22"/>
        </w:rPr>
        <w:t>3</w:t>
      </w:r>
      <w:r w:rsidR="001234EE" w:rsidRPr="000F0842">
        <w:rPr>
          <w:rFonts w:ascii="Aptos" w:hAnsi="Aptos"/>
          <w:b/>
          <w:bCs/>
          <w:sz w:val="22"/>
          <w:szCs w:val="22"/>
        </w:rPr>
        <w:t>00 huiseigenaren</w:t>
      </w:r>
      <w:r w:rsidR="00F40E3E">
        <w:rPr>
          <w:rFonts w:ascii="Aptos" w:hAnsi="Aptos"/>
          <w:b/>
          <w:bCs/>
          <w:sz w:val="22"/>
          <w:szCs w:val="22"/>
        </w:rPr>
        <w:t xml:space="preserve"> </w:t>
      </w:r>
      <w:r w:rsidR="001234EE" w:rsidRPr="000F0842">
        <w:rPr>
          <w:rFonts w:ascii="Aptos" w:hAnsi="Aptos"/>
          <w:b/>
          <w:bCs/>
          <w:sz w:val="22"/>
          <w:szCs w:val="22"/>
        </w:rPr>
        <w:t>hun deur</w:t>
      </w:r>
      <w:r w:rsidR="00F40E3E">
        <w:rPr>
          <w:rFonts w:ascii="Aptos" w:hAnsi="Aptos"/>
          <w:b/>
          <w:bCs/>
          <w:sz w:val="22"/>
          <w:szCs w:val="22"/>
        </w:rPr>
        <w:t xml:space="preserve"> en vertellen over hun ervaring</w:t>
      </w:r>
      <w:r w:rsidR="000A23DF">
        <w:rPr>
          <w:rFonts w:ascii="Aptos" w:hAnsi="Aptos"/>
          <w:b/>
          <w:bCs/>
          <w:sz w:val="22"/>
          <w:szCs w:val="22"/>
        </w:rPr>
        <w:t xml:space="preserve"> met isoleren, besparen en slimme toepassingen in huis. </w:t>
      </w:r>
    </w:p>
    <w:p w14:paraId="6AE48BA4" w14:textId="255C8BE6" w:rsidR="0072682C" w:rsidRPr="000F0842" w:rsidRDefault="0072682C" w:rsidP="001234EE">
      <w:pPr>
        <w:pStyle w:val="Normaalweb"/>
        <w:rPr>
          <w:rFonts w:ascii="Aptos" w:hAnsi="Aptos"/>
          <w:sz w:val="22"/>
          <w:szCs w:val="22"/>
        </w:rPr>
      </w:pPr>
      <w:r w:rsidRPr="000F0842">
        <w:rPr>
          <w:rFonts w:ascii="Aptos" w:hAnsi="Aptos"/>
          <w:b/>
          <w:bCs/>
          <w:sz w:val="22"/>
          <w:szCs w:val="22"/>
        </w:rPr>
        <w:t>Wat slim is, verschilt per huis</w:t>
      </w:r>
      <w:r w:rsidRPr="000F0842">
        <w:rPr>
          <w:rFonts w:ascii="Aptos" w:hAnsi="Aptos"/>
          <w:sz w:val="22"/>
          <w:szCs w:val="22"/>
        </w:rPr>
        <w:br/>
        <w:t xml:space="preserve">Wie zonnepanelen heeft, vraagt zich </w:t>
      </w:r>
      <w:r w:rsidR="001234EE" w:rsidRPr="001234EE">
        <w:rPr>
          <w:rFonts w:ascii="Aptos" w:hAnsi="Aptos"/>
          <w:sz w:val="22"/>
          <w:szCs w:val="22"/>
        </w:rPr>
        <w:t xml:space="preserve">misschien </w:t>
      </w:r>
      <w:r w:rsidRPr="000F0842">
        <w:rPr>
          <w:rFonts w:ascii="Aptos" w:hAnsi="Aptos"/>
          <w:sz w:val="22"/>
          <w:szCs w:val="22"/>
        </w:rPr>
        <w:t xml:space="preserve">af of een thuisbatterij </w:t>
      </w:r>
      <w:r w:rsidR="00786DCD">
        <w:rPr>
          <w:rFonts w:ascii="Aptos" w:hAnsi="Aptos"/>
          <w:sz w:val="22"/>
          <w:szCs w:val="22"/>
        </w:rPr>
        <w:t xml:space="preserve">verstandig is </w:t>
      </w:r>
      <w:r w:rsidRPr="000F0842">
        <w:rPr>
          <w:rFonts w:ascii="Aptos" w:hAnsi="Aptos"/>
          <w:sz w:val="22"/>
          <w:szCs w:val="22"/>
        </w:rPr>
        <w:t xml:space="preserve">of hoe je meer stroom zelf </w:t>
      </w:r>
      <w:r w:rsidR="00786DCD">
        <w:rPr>
          <w:rFonts w:ascii="Aptos" w:hAnsi="Aptos"/>
          <w:sz w:val="22"/>
          <w:szCs w:val="22"/>
        </w:rPr>
        <w:t>gebruikt.</w:t>
      </w:r>
      <w:r w:rsidRPr="000F0842">
        <w:rPr>
          <w:rFonts w:ascii="Aptos" w:hAnsi="Aptos"/>
          <w:sz w:val="22"/>
          <w:szCs w:val="22"/>
        </w:rPr>
        <w:t xml:space="preserve"> </w:t>
      </w:r>
      <w:r w:rsidR="00786DCD">
        <w:rPr>
          <w:rFonts w:ascii="Aptos" w:hAnsi="Aptos"/>
          <w:sz w:val="22"/>
          <w:szCs w:val="22"/>
        </w:rPr>
        <w:t xml:space="preserve">Mensen die hun gasverbruik willen verminderen, staan weer voor </w:t>
      </w:r>
      <w:r w:rsidR="001234EE" w:rsidRPr="001234EE">
        <w:rPr>
          <w:rFonts w:ascii="Aptos" w:hAnsi="Aptos"/>
          <w:sz w:val="22"/>
          <w:szCs w:val="22"/>
        </w:rPr>
        <w:t>andere keuzes</w:t>
      </w:r>
      <w:r w:rsidR="00786DCD">
        <w:rPr>
          <w:rFonts w:ascii="Aptos" w:hAnsi="Aptos"/>
          <w:sz w:val="22"/>
          <w:szCs w:val="22"/>
        </w:rPr>
        <w:t xml:space="preserve">: isoleren, een (hybride) warmtepomp of een andere oplossing? Het </w:t>
      </w:r>
      <w:r w:rsidRPr="000F0842">
        <w:rPr>
          <w:rFonts w:ascii="Aptos" w:hAnsi="Aptos"/>
          <w:sz w:val="22"/>
          <w:szCs w:val="22"/>
        </w:rPr>
        <w:t xml:space="preserve">antwoord </w:t>
      </w:r>
      <w:r w:rsidR="00786DCD">
        <w:rPr>
          <w:rFonts w:ascii="Aptos" w:hAnsi="Aptos"/>
          <w:sz w:val="22"/>
          <w:szCs w:val="22"/>
        </w:rPr>
        <w:t xml:space="preserve">is niet voor iedereen hetzelfde. Dat </w:t>
      </w:r>
      <w:r w:rsidRPr="000F0842">
        <w:rPr>
          <w:rFonts w:ascii="Aptos" w:hAnsi="Aptos"/>
          <w:sz w:val="22"/>
          <w:szCs w:val="22"/>
        </w:rPr>
        <w:t>hangt af van het huis, het verbruik en de manier waarop bewoners leven. Een gezin in een tochtige jarendertigwoning staat voor andere keuzes dan een stel</w:t>
      </w:r>
      <w:r w:rsidR="00786DCD">
        <w:rPr>
          <w:rFonts w:ascii="Aptos" w:hAnsi="Aptos"/>
          <w:sz w:val="22"/>
          <w:szCs w:val="22"/>
        </w:rPr>
        <w:t xml:space="preserve"> </w:t>
      </w:r>
      <w:r w:rsidRPr="000F0842">
        <w:rPr>
          <w:rFonts w:ascii="Aptos" w:hAnsi="Aptos"/>
          <w:sz w:val="22"/>
          <w:szCs w:val="22"/>
        </w:rPr>
        <w:t xml:space="preserve">in een goed geïsoleerd huis met een dak vol </w:t>
      </w:r>
      <w:r w:rsidR="00786DCD">
        <w:rPr>
          <w:rFonts w:ascii="Aptos" w:hAnsi="Aptos"/>
          <w:sz w:val="22"/>
          <w:szCs w:val="22"/>
        </w:rPr>
        <w:t>zonne</w:t>
      </w:r>
      <w:r w:rsidRPr="000F0842">
        <w:rPr>
          <w:rFonts w:ascii="Aptos" w:hAnsi="Aptos"/>
          <w:sz w:val="22"/>
          <w:szCs w:val="22"/>
        </w:rPr>
        <w:t>panelen.</w:t>
      </w:r>
    </w:p>
    <w:p w14:paraId="5CCE121B" w14:textId="4C849EC1" w:rsidR="0072682C" w:rsidRPr="000F0842" w:rsidRDefault="0072682C" w:rsidP="0072682C">
      <w:pPr>
        <w:spacing w:before="100" w:beforeAutospacing="1" w:afterAutospacing="1"/>
        <w:rPr>
          <w:rFonts w:eastAsia="Times New Roman" w:cs="Times New Roman"/>
          <w:sz w:val="22"/>
          <w:lang w:val="nl-NL" w:eastAsia="nl-NL"/>
        </w:rPr>
      </w:pPr>
      <w:r w:rsidRPr="000F0842">
        <w:rPr>
          <w:rFonts w:eastAsia="Times New Roman" w:cs="Times New Roman"/>
          <w:sz w:val="22"/>
          <w:lang w:val="nl-NL" w:eastAsia="nl-NL"/>
        </w:rPr>
        <w:t xml:space="preserve">Rob uit Alkmaar </w:t>
      </w:r>
      <w:r w:rsidR="00571EB5" w:rsidRPr="001234EE">
        <w:rPr>
          <w:rFonts w:eastAsia="Times New Roman" w:cs="Times New Roman"/>
          <w:sz w:val="22"/>
          <w:lang w:val="nl-NL" w:eastAsia="nl-NL"/>
        </w:rPr>
        <w:t xml:space="preserve">stelt </w:t>
      </w:r>
      <w:r w:rsidR="00E5729B">
        <w:rPr>
          <w:rFonts w:eastAsia="Times New Roman" w:cs="Times New Roman"/>
          <w:sz w:val="22"/>
          <w:lang w:val="nl-NL" w:eastAsia="nl-NL"/>
        </w:rPr>
        <w:t xml:space="preserve">tijdens de Open Dagen </w:t>
      </w:r>
      <w:r w:rsidR="001234EE" w:rsidRPr="001234EE">
        <w:rPr>
          <w:rFonts w:eastAsia="Times New Roman" w:cs="Times New Roman"/>
          <w:sz w:val="22"/>
          <w:lang w:val="nl-NL" w:eastAsia="nl-NL"/>
        </w:rPr>
        <w:t>z</w:t>
      </w:r>
      <w:r w:rsidR="00571EB5" w:rsidRPr="001234EE">
        <w:rPr>
          <w:rFonts w:eastAsia="Times New Roman" w:cs="Times New Roman"/>
          <w:sz w:val="22"/>
          <w:lang w:val="nl-NL" w:eastAsia="nl-NL"/>
        </w:rPr>
        <w:t xml:space="preserve">ijn </w:t>
      </w:r>
      <w:r w:rsidRPr="000F0842">
        <w:rPr>
          <w:rFonts w:eastAsia="Times New Roman" w:cs="Times New Roman"/>
          <w:sz w:val="22"/>
          <w:lang w:val="nl-NL" w:eastAsia="nl-NL"/>
        </w:rPr>
        <w:t>hoekwoning uit 1982</w:t>
      </w:r>
      <w:r w:rsidR="001234EE" w:rsidRPr="001234EE">
        <w:rPr>
          <w:rFonts w:eastAsia="Times New Roman" w:cs="Times New Roman"/>
          <w:sz w:val="22"/>
          <w:lang w:val="nl-NL" w:eastAsia="nl-NL"/>
        </w:rPr>
        <w:t xml:space="preserve"> open</w:t>
      </w:r>
      <w:r w:rsidR="000F0842">
        <w:rPr>
          <w:rFonts w:eastAsia="Times New Roman" w:cs="Times New Roman"/>
          <w:sz w:val="22"/>
          <w:lang w:val="nl-NL" w:eastAsia="nl-NL"/>
        </w:rPr>
        <w:t xml:space="preserve"> voor bezoekers</w:t>
      </w:r>
      <w:r w:rsidR="001234EE" w:rsidRPr="001234EE">
        <w:rPr>
          <w:rFonts w:eastAsia="Times New Roman" w:cs="Times New Roman"/>
          <w:sz w:val="22"/>
          <w:lang w:val="nl-NL" w:eastAsia="nl-NL"/>
        </w:rPr>
        <w:t xml:space="preserve">. </w:t>
      </w:r>
      <w:r w:rsidR="00E5729B">
        <w:rPr>
          <w:rFonts w:eastAsia="Times New Roman" w:cs="Times New Roman"/>
          <w:sz w:val="22"/>
          <w:lang w:val="nl-NL" w:eastAsia="nl-NL"/>
        </w:rPr>
        <w:t xml:space="preserve">Stap voor stap pakte hij zijn woning aan en inmiddels zijn er </w:t>
      </w:r>
      <w:r w:rsidRPr="000F0842">
        <w:rPr>
          <w:rFonts w:eastAsia="Times New Roman" w:cs="Times New Roman"/>
          <w:sz w:val="22"/>
          <w:lang w:val="nl-NL" w:eastAsia="nl-NL"/>
        </w:rPr>
        <w:t xml:space="preserve">zonnepanelen, een warmtepomp en een thuisaccu. Hij raadt andere huiseigenaren aan om niet op één advies af te gaan </w:t>
      </w:r>
      <w:r w:rsidR="00786DCD">
        <w:rPr>
          <w:rFonts w:eastAsia="Times New Roman" w:cs="Times New Roman"/>
          <w:sz w:val="22"/>
          <w:lang w:val="nl-NL" w:eastAsia="nl-NL"/>
        </w:rPr>
        <w:t>en goed te vergelijken: “</w:t>
      </w:r>
      <w:r w:rsidRPr="000F0842">
        <w:rPr>
          <w:rFonts w:eastAsia="Times New Roman" w:cs="Times New Roman"/>
          <w:sz w:val="22"/>
          <w:lang w:val="nl-NL" w:eastAsia="nl-NL"/>
        </w:rPr>
        <w:t>Wat voor mij werkt, hoeft voor een ander niet te werken.</w:t>
      </w:r>
      <w:r w:rsidR="00786DCD">
        <w:rPr>
          <w:rFonts w:eastAsia="Times New Roman" w:cs="Times New Roman"/>
          <w:sz w:val="22"/>
          <w:lang w:val="nl-NL" w:eastAsia="nl-NL"/>
        </w:rPr>
        <w:t xml:space="preserve"> Wij vinden het bijvoorbeeld een sport om de wasmachine op een gunstig moment aan te zetten, maar </w:t>
      </w:r>
      <w:r w:rsidR="000C02CB">
        <w:rPr>
          <w:rFonts w:eastAsia="Times New Roman" w:cs="Times New Roman"/>
          <w:sz w:val="22"/>
          <w:lang w:val="nl-NL" w:eastAsia="nl-NL"/>
        </w:rPr>
        <w:t xml:space="preserve">voor een ander is dat </w:t>
      </w:r>
      <w:r w:rsidR="00BE197F">
        <w:rPr>
          <w:rFonts w:eastAsia="Times New Roman" w:cs="Times New Roman"/>
          <w:sz w:val="22"/>
          <w:lang w:val="nl-NL" w:eastAsia="nl-NL"/>
        </w:rPr>
        <w:t xml:space="preserve">misschien </w:t>
      </w:r>
      <w:r w:rsidR="000C02CB">
        <w:rPr>
          <w:rFonts w:eastAsia="Times New Roman" w:cs="Times New Roman"/>
          <w:sz w:val="22"/>
          <w:lang w:val="nl-NL" w:eastAsia="nl-NL"/>
        </w:rPr>
        <w:t>niet haalbaar</w:t>
      </w:r>
      <w:r w:rsidR="00BE197F">
        <w:rPr>
          <w:rFonts w:eastAsia="Times New Roman" w:cs="Times New Roman"/>
          <w:sz w:val="22"/>
          <w:lang w:val="nl-NL" w:eastAsia="nl-NL"/>
        </w:rPr>
        <w:t>.”</w:t>
      </w:r>
    </w:p>
    <w:p w14:paraId="689975A4" w14:textId="7DCFB648" w:rsidR="0072682C" w:rsidRPr="000F0842" w:rsidRDefault="0072682C" w:rsidP="0072682C">
      <w:pPr>
        <w:spacing w:before="100" w:beforeAutospacing="1" w:afterAutospacing="1"/>
        <w:rPr>
          <w:rFonts w:eastAsia="Times New Roman" w:cs="Times New Roman"/>
          <w:sz w:val="22"/>
          <w:lang w:val="nl-NL" w:eastAsia="nl-NL"/>
        </w:rPr>
      </w:pPr>
      <w:r w:rsidRPr="000F0842">
        <w:rPr>
          <w:rFonts w:eastAsia="Times New Roman" w:cs="Times New Roman"/>
          <w:b/>
          <w:bCs/>
          <w:sz w:val="22"/>
          <w:lang w:val="nl-NL" w:eastAsia="nl-NL"/>
        </w:rPr>
        <w:t>Bewoners hebben niets te verkopen</w:t>
      </w:r>
      <w:r w:rsidRPr="000F0842">
        <w:rPr>
          <w:rFonts w:eastAsia="Times New Roman" w:cs="Times New Roman"/>
          <w:sz w:val="22"/>
          <w:lang w:val="nl-NL" w:eastAsia="nl-NL"/>
        </w:rPr>
        <w:br/>
        <w:t xml:space="preserve">Huiseigenaren worden op dit moment volop benaderd met aanbiedingen voor </w:t>
      </w:r>
      <w:r w:rsidR="001234EE" w:rsidRPr="001234EE">
        <w:rPr>
          <w:rFonts w:eastAsia="Times New Roman" w:cs="Times New Roman"/>
          <w:sz w:val="22"/>
          <w:lang w:val="nl-NL" w:eastAsia="nl-NL"/>
        </w:rPr>
        <w:t xml:space="preserve">bijvoorbeeld </w:t>
      </w:r>
      <w:r w:rsidRPr="000F0842">
        <w:rPr>
          <w:rFonts w:eastAsia="Times New Roman" w:cs="Times New Roman"/>
          <w:sz w:val="22"/>
          <w:lang w:val="nl-NL" w:eastAsia="nl-NL"/>
        </w:rPr>
        <w:t xml:space="preserve">thuisbatterijen en warmtepompen, vaak met het advies om snel te beslissen. De deelnemers aan </w:t>
      </w:r>
      <w:r w:rsidR="001234EE" w:rsidRPr="001234EE">
        <w:rPr>
          <w:rFonts w:eastAsia="Times New Roman" w:cs="Times New Roman"/>
          <w:sz w:val="22"/>
          <w:lang w:val="nl-NL" w:eastAsia="nl-NL"/>
        </w:rPr>
        <w:t>Nationale Duurzame Huizen Route</w:t>
      </w:r>
      <w:r w:rsidRPr="000F0842">
        <w:rPr>
          <w:rFonts w:eastAsia="Times New Roman" w:cs="Times New Roman"/>
          <w:sz w:val="22"/>
          <w:lang w:val="nl-NL" w:eastAsia="nl-NL"/>
        </w:rPr>
        <w:t xml:space="preserve"> verkopen niets. Ze vertellen</w:t>
      </w:r>
      <w:r w:rsidR="001234EE" w:rsidRPr="001234EE">
        <w:rPr>
          <w:rFonts w:eastAsia="Times New Roman" w:cs="Times New Roman"/>
          <w:sz w:val="22"/>
          <w:lang w:val="nl-NL" w:eastAsia="nl-NL"/>
        </w:rPr>
        <w:t xml:space="preserve"> eerlijk</w:t>
      </w:r>
      <w:r w:rsidRPr="000F0842">
        <w:rPr>
          <w:rFonts w:eastAsia="Times New Roman" w:cs="Times New Roman"/>
          <w:sz w:val="22"/>
          <w:lang w:val="nl-NL" w:eastAsia="nl-NL"/>
        </w:rPr>
        <w:t xml:space="preserve"> wat hun maatregelen </w:t>
      </w:r>
      <w:r w:rsidR="001234EE" w:rsidRPr="001234EE">
        <w:rPr>
          <w:rFonts w:eastAsia="Times New Roman" w:cs="Times New Roman"/>
          <w:sz w:val="22"/>
          <w:lang w:val="nl-NL" w:eastAsia="nl-NL"/>
        </w:rPr>
        <w:t>hebben gekost</w:t>
      </w:r>
      <w:r w:rsidRPr="000F0842">
        <w:rPr>
          <w:rFonts w:eastAsia="Times New Roman" w:cs="Times New Roman"/>
          <w:sz w:val="22"/>
          <w:lang w:val="nl-NL" w:eastAsia="nl-NL"/>
        </w:rPr>
        <w:t xml:space="preserve">, wat ze </w:t>
      </w:r>
      <w:r w:rsidR="001234EE" w:rsidRPr="001234EE">
        <w:rPr>
          <w:rFonts w:eastAsia="Times New Roman" w:cs="Times New Roman"/>
          <w:sz w:val="22"/>
          <w:lang w:val="nl-NL" w:eastAsia="nl-NL"/>
        </w:rPr>
        <w:t xml:space="preserve">ervan </w:t>
      </w:r>
      <w:r w:rsidRPr="000F0842">
        <w:rPr>
          <w:rFonts w:eastAsia="Times New Roman" w:cs="Times New Roman"/>
          <w:sz w:val="22"/>
          <w:lang w:val="nl-NL" w:eastAsia="nl-NL"/>
        </w:rPr>
        <w:t xml:space="preserve">merken </w:t>
      </w:r>
      <w:r w:rsidR="001234EE" w:rsidRPr="001234EE">
        <w:rPr>
          <w:rFonts w:eastAsia="Times New Roman" w:cs="Times New Roman"/>
          <w:sz w:val="22"/>
          <w:lang w:val="nl-NL" w:eastAsia="nl-NL"/>
        </w:rPr>
        <w:t xml:space="preserve">in de praktijk </w:t>
      </w:r>
      <w:r w:rsidRPr="000F0842">
        <w:rPr>
          <w:rFonts w:eastAsia="Times New Roman" w:cs="Times New Roman"/>
          <w:sz w:val="22"/>
          <w:lang w:val="nl-NL" w:eastAsia="nl-NL"/>
        </w:rPr>
        <w:t xml:space="preserve">en wat ze achteraf anders zouden doen. Ook over keuzes die ze bewust </w:t>
      </w:r>
      <w:r w:rsidR="001234EE" w:rsidRPr="001234EE">
        <w:rPr>
          <w:rFonts w:eastAsia="Times New Roman" w:cs="Times New Roman"/>
          <w:sz w:val="22"/>
          <w:lang w:val="nl-NL" w:eastAsia="nl-NL"/>
        </w:rPr>
        <w:t xml:space="preserve">niet </w:t>
      </w:r>
      <w:r w:rsidRPr="000F0842">
        <w:rPr>
          <w:rFonts w:eastAsia="Times New Roman" w:cs="Times New Roman"/>
          <w:sz w:val="22"/>
          <w:lang w:val="nl-NL" w:eastAsia="nl-NL"/>
        </w:rPr>
        <w:t>hebben gemaakt.</w:t>
      </w:r>
    </w:p>
    <w:p w14:paraId="2EA3F35D" w14:textId="74133A55" w:rsidR="001234EE" w:rsidRPr="000F0842" w:rsidRDefault="0072682C" w:rsidP="001234EE">
      <w:pPr>
        <w:pStyle w:val="Normaalweb"/>
        <w:rPr>
          <w:rFonts w:ascii="Aptos" w:hAnsi="Aptos"/>
          <w:sz w:val="22"/>
          <w:szCs w:val="22"/>
        </w:rPr>
      </w:pPr>
      <w:r w:rsidRPr="000F0842">
        <w:rPr>
          <w:rFonts w:ascii="Aptos" w:hAnsi="Aptos"/>
          <w:sz w:val="22"/>
          <w:szCs w:val="22"/>
        </w:rPr>
        <w:t xml:space="preserve">Bezoekers kunnen woningen bekijken met onder meer isolatie, zonnepanelen, thuisbatterijen, (hybride) warmtepompen en </w:t>
      </w:r>
      <w:r w:rsidR="00CB6B84">
        <w:rPr>
          <w:rFonts w:ascii="Aptos" w:hAnsi="Aptos"/>
          <w:sz w:val="22"/>
          <w:szCs w:val="22"/>
        </w:rPr>
        <w:t xml:space="preserve">andere manieren om slim om te gaan met energie. </w:t>
      </w:r>
      <w:r w:rsidRPr="000F0842">
        <w:rPr>
          <w:rFonts w:ascii="Aptos" w:hAnsi="Aptos"/>
          <w:sz w:val="22"/>
          <w:szCs w:val="22"/>
        </w:rPr>
        <w:t xml:space="preserve">Voorkennis is niet nodig: </w:t>
      </w:r>
      <w:r w:rsidR="001234EE" w:rsidRPr="000F0842">
        <w:rPr>
          <w:rFonts w:ascii="Aptos" w:hAnsi="Aptos"/>
          <w:sz w:val="22"/>
          <w:szCs w:val="22"/>
        </w:rPr>
        <w:t>Wie nog niet precies weet wat bij de eigen woning past of waar te beginnen, kan ideeën opdoen en bewoners rechtstreeks vragen naar hun ervaringen.</w:t>
      </w:r>
      <w:r w:rsidR="00AD1887">
        <w:rPr>
          <w:rFonts w:ascii="Aptos" w:hAnsi="Aptos"/>
          <w:sz w:val="22"/>
          <w:szCs w:val="22"/>
        </w:rPr>
        <w:t xml:space="preserve"> </w:t>
      </w:r>
      <w:r w:rsidR="001234EE" w:rsidRPr="000F0842">
        <w:rPr>
          <w:rFonts w:ascii="Aptos" w:hAnsi="Aptos"/>
          <w:sz w:val="22"/>
          <w:szCs w:val="22"/>
        </w:rPr>
        <w:t xml:space="preserve">Meerdere woningen bezoeken is een aanrader om verschillende </w:t>
      </w:r>
      <w:r w:rsidR="00AD1887">
        <w:rPr>
          <w:rFonts w:ascii="Aptos" w:hAnsi="Aptos"/>
          <w:sz w:val="22"/>
          <w:szCs w:val="22"/>
        </w:rPr>
        <w:t>oplossingen</w:t>
      </w:r>
      <w:r w:rsidR="001234EE" w:rsidRPr="000F0842">
        <w:rPr>
          <w:rFonts w:ascii="Aptos" w:hAnsi="Aptos"/>
          <w:sz w:val="22"/>
          <w:szCs w:val="22"/>
        </w:rPr>
        <w:t xml:space="preserve"> in de praktijk met elkaar te vergelijken.</w:t>
      </w:r>
    </w:p>
    <w:p w14:paraId="3E95DB77" w14:textId="6D5DF8FE" w:rsidR="0072682C" w:rsidRPr="000F0842" w:rsidRDefault="0072682C" w:rsidP="000F0842">
      <w:pPr>
        <w:pStyle w:val="Normaalweb"/>
        <w:rPr>
          <w:rFonts w:ascii="Aptos" w:hAnsi="Aptos"/>
          <w:sz w:val="22"/>
          <w:szCs w:val="22"/>
        </w:rPr>
      </w:pPr>
      <w:r w:rsidRPr="000F0842">
        <w:rPr>
          <w:rFonts w:ascii="Aptos" w:hAnsi="Aptos"/>
          <w:b/>
          <w:bCs/>
          <w:sz w:val="22"/>
          <w:szCs w:val="22"/>
        </w:rPr>
        <w:t>Praktische informatie</w:t>
      </w:r>
      <w:r w:rsidR="001234EE" w:rsidRPr="000F0842">
        <w:rPr>
          <w:rFonts w:ascii="Aptos" w:hAnsi="Aptos"/>
          <w:sz w:val="22"/>
          <w:szCs w:val="22"/>
        </w:rPr>
        <w:br/>
        <w:t xml:space="preserve">Een bezoek tijdens de Nationale Duurzame Huizen Route is gratis. Bezoekers melden zich vooraf aan </w:t>
      </w:r>
      <w:r w:rsidR="00557EA3">
        <w:rPr>
          <w:rFonts w:ascii="Aptos" w:hAnsi="Aptos"/>
          <w:sz w:val="22"/>
          <w:szCs w:val="22"/>
        </w:rPr>
        <w:t>bij</w:t>
      </w:r>
      <w:r w:rsidR="00557EA3" w:rsidRPr="000F0842">
        <w:rPr>
          <w:rFonts w:ascii="Aptos" w:hAnsi="Aptos"/>
          <w:sz w:val="22"/>
          <w:szCs w:val="22"/>
        </w:rPr>
        <w:t xml:space="preserve"> </w:t>
      </w:r>
      <w:r w:rsidR="001234EE" w:rsidRPr="000F0842">
        <w:rPr>
          <w:rFonts w:ascii="Aptos" w:hAnsi="Aptos"/>
          <w:sz w:val="22"/>
          <w:szCs w:val="22"/>
        </w:rPr>
        <w:t xml:space="preserve">een woning en </w:t>
      </w:r>
      <w:r w:rsidR="00557EA3">
        <w:rPr>
          <w:rFonts w:ascii="Aptos" w:hAnsi="Aptos"/>
          <w:sz w:val="22"/>
          <w:szCs w:val="22"/>
        </w:rPr>
        <w:t xml:space="preserve">kiezen </w:t>
      </w:r>
      <w:r w:rsidR="001234EE" w:rsidRPr="000F0842">
        <w:rPr>
          <w:rFonts w:ascii="Aptos" w:hAnsi="Aptos"/>
          <w:sz w:val="22"/>
          <w:szCs w:val="22"/>
        </w:rPr>
        <w:t>een tijdstip</w:t>
      </w:r>
      <w:r w:rsidR="00CB6B84">
        <w:rPr>
          <w:rFonts w:ascii="Aptos" w:hAnsi="Aptos"/>
          <w:sz w:val="22"/>
          <w:szCs w:val="22"/>
        </w:rPr>
        <w:t xml:space="preserve">. </w:t>
      </w:r>
      <w:r w:rsidR="001234EE" w:rsidRPr="000F0842">
        <w:rPr>
          <w:rFonts w:ascii="Aptos" w:hAnsi="Aptos"/>
          <w:sz w:val="22"/>
          <w:szCs w:val="22"/>
        </w:rPr>
        <w:t xml:space="preserve">Op </w:t>
      </w:r>
      <w:hyperlink r:id="rId8" w:history="1">
        <w:r w:rsidRPr="000F0842">
          <w:rPr>
            <w:rFonts w:ascii="Aptos" w:hAnsi="Aptos"/>
            <w:color w:val="0000FF"/>
            <w:sz w:val="22"/>
            <w:szCs w:val="22"/>
            <w:u w:val="single"/>
          </w:rPr>
          <w:t>www.duurzamehuizenroute.</w:t>
        </w:r>
        <w:r w:rsidRPr="000F0842">
          <w:rPr>
            <w:rFonts w:ascii="Aptos" w:hAnsi="Aptos"/>
            <w:color w:val="0000FF"/>
            <w:sz w:val="22"/>
            <w:szCs w:val="22"/>
            <w:u w:val="single"/>
          </w:rPr>
          <w:t>n</w:t>
        </w:r>
        <w:r w:rsidRPr="000F0842">
          <w:rPr>
            <w:rFonts w:ascii="Aptos" w:hAnsi="Aptos"/>
            <w:color w:val="0000FF"/>
            <w:sz w:val="22"/>
            <w:szCs w:val="22"/>
            <w:u w:val="single"/>
          </w:rPr>
          <w:t>l</w:t>
        </w:r>
      </w:hyperlink>
      <w:r w:rsidRPr="000F0842">
        <w:rPr>
          <w:rFonts w:ascii="Aptos" w:hAnsi="Aptos"/>
          <w:sz w:val="22"/>
          <w:szCs w:val="22"/>
        </w:rPr>
        <w:t xml:space="preserve"> </w:t>
      </w:r>
      <w:r w:rsidR="001234EE" w:rsidRPr="000F0842">
        <w:rPr>
          <w:rFonts w:ascii="Aptos" w:hAnsi="Aptos"/>
          <w:sz w:val="22"/>
          <w:szCs w:val="22"/>
        </w:rPr>
        <w:t>staat een overzicht van de deelnemende woningen. Daar kan worden gezocht op</w:t>
      </w:r>
      <w:r w:rsidRPr="000F0842">
        <w:rPr>
          <w:rFonts w:ascii="Aptos" w:hAnsi="Aptos"/>
          <w:sz w:val="22"/>
          <w:szCs w:val="22"/>
        </w:rPr>
        <w:t xml:space="preserve"> plaats, woningtype en maatregel</w:t>
      </w:r>
      <w:r w:rsidR="001234EE" w:rsidRPr="000F0842">
        <w:rPr>
          <w:rFonts w:ascii="Aptos" w:hAnsi="Aptos"/>
          <w:sz w:val="22"/>
          <w:szCs w:val="22"/>
        </w:rPr>
        <w:t>.</w:t>
      </w:r>
    </w:p>
    <w:p w14:paraId="60B48449" w14:textId="4A94A076" w:rsidR="00F91BC3" w:rsidRPr="00F91BC3" w:rsidRDefault="0072682C" w:rsidP="00F91BC3">
      <w:pPr>
        <w:spacing w:before="100" w:beforeAutospacing="1" w:afterAutospacing="1"/>
        <w:rPr>
          <w:rFonts w:eastAsia="Times New Roman" w:cs="Times New Roman"/>
          <w:sz w:val="22"/>
          <w:lang w:val="nl-NL" w:eastAsia="nl-NL"/>
        </w:rPr>
      </w:pPr>
      <w:r w:rsidRPr="000F0842">
        <w:rPr>
          <w:rFonts w:eastAsia="Times New Roman" w:cs="Times New Roman"/>
          <w:b/>
          <w:bCs/>
          <w:sz w:val="22"/>
          <w:lang w:val="nl-NL" w:eastAsia="nl-NL"/>
        </w:rPr>
        <w:t>Over de Nationale Duurzame Huizen Route</w:t>
      </w:r>
      <w:r w:rsidRPr="000F0842">
        <w:rPr>
          <w:rFonts w:eastAsia="Times New Roman" w:cs="Times New Roman"/>
          <w:sz w:val="22"/>
          <w:lang w:val="nl-NL" w:eastAsia="nl-NL"/>
        </w:rPr>
        <w:br/>
        <w:t>De Nationale Duurzame Huizen Route is een onafhankelijk platform waar huiseigenaren het hele jaar door kunnen zien hoe anderen hun woning hebben verduurzaamd. Het initiatief wordt ondersteund door het Ministerie van Binnenlandse Zaken, provincies en 100 gemeenten.</w:t>
      </w:r>
      <w:r w:rsidR="00F91BC3">
        <w:rPr>
          <w:rFonts w:eastAsia="Times New Roman" w:cs="Times New Roman"/>
          <w:sz w:val="22"/>
          <w:lang w:val="nl-NL" w:eastAsia="nl-NL"/>
        </w:rPr>
        <w:br/>
        <w:t>___________________________________________________________________________________________________</w:t>
      </w:r>
      <w:r w:rsidR="00F91BC3">
        <w:rPr>
          <w:rFonts w:eastAsia="Times New Roman" w:cs="Times New Roman"/>
          <w:sz w:val="22"/>
          <w:lang w:val="nl-NL" w:eastAsia="nl-NL"/>
        </w:rPr>
        <w:br/>
      </w:r>
      <w:r w:rsidR="00F91BC3" w:rsidRPr="0072682C">
        <w:rPr>
          <w:rFonts w:eastAsia="Times New Roman" w:cs="Times New Roman"/>
          <w:b/>
          <w:bCs/>
          <w:sz w:val="22"/>
          <w:lang w:eastAsia="nl-NL"/>
        </w:rPr>
        <w:t xml:space="preserve">Noot </w:t>
      </w:r>
      <w:proofErr w:type="spellStart"/>
      <w:r w:rsidR="00F91BC3" w:rsidRPr="0072682C">
        <w:rPr>
          <w:rFonts w:eastAsia="Times New Roman" w:cs="Times New Roman"/>
          <w:b/>
          <w:bCs/>
          <w:sz w:val="22"/>
          <w:lang w:eastAsia="nl-NL"/>
        </w:rPr>
        <w:t>voor</w:t>
      </w:r>
      <w:proofErr w:type="spellEnd"/>
      <w:r w:rsidR="00F91BC3" w:rsidRPr="0072682C">
        <w:rPr>
          <w:rFonts w:eastAsia="Times New Roman" w:cs="Times New Roman"/>
          <w:b/>
          <w:bCs/>
          <w:sz w:val="22"/>
          <w:lang w:eastAsia="nl-NL"/>
        </w:rPr>
        <w:t xml:space="preserve"> de </w:t>
      </w:r>
      <w:proofErr w:type="spellStart"/>
      <w:r w:rsidR="00F91BC3" w:rsidRPr="0072682C">
        <w:rPr>
          <w:rFonts w:eastAsia="Times New Roman" w:cs="Times New Roman"/>
          <w:b/>
          <w:bCs/>
          <w:sz w:val="22"/>
          <w:lang w:eastAsia="nl-NL"/>
        </w:rPr>
        <w:t>redactie</w:t>
      </w:r>
      <w:proofErr w:type="spellEnd"/>
      <w:r w:rsidR="00F91BC3">
        <w:rPr>
          <w:rFonts w:eastAsia="Times New Roman" w:cs="Times New Roman"/>
          <w:b/>
          <w:bCs/>
          <w:sz w:val="22"/>
          <w:lang w:eastAsia="nl-NL"/>
        </w:rPr>
        <w:t>:</w:t>
      </w:r>
      <w:r w:rsidR="00F91BC3" w:rsidRPr="0072682C">
        <w:rPr>
          <w:rFonts w:eastAsia="Times New Roman" w:cs="Times New Roman"/>
          <w:sz w:val="22"/>
          <w:lang w:eastAsia="nl-NL"/>
        </w:rPr>
        <w:br/>
      </w:r>
      <w:r w:rsidR="00F91BC3" w:rsidRPr="000F0842">
        <w:rPr>
          <w:lang w:val="nl-NL"/>
        </w:rPr>
        <w:t>Voor meer informatie</w:t>
      </w:r>
      <w:r w:rsidR="00F91BC3">
        <w:rPr>
          <w:lang w:val="nl-NL"/>
        </w:rPr>
        <w:t xml:space="preserve"> </w:t>
      </w:r>
      <w:r w:rsidR="00F91BC3" w:rsidRPr="000F0842">
        <w:rPr>
          <w:lang w:val="nl-NL"/>
        </w:rPr>
        <w:t xml:space="preserve">kunt u contact opnemen met </w:t>
      </w:r>
      <w:r w:rsidR="00F91BC3">
        <w:rPr>
          <w:lang w:val="nl-NL"/>
        </w:rPr>
        <w:t>het</w:t>
      </w:r>
      <w:r w:rsidR="00F91BC3" w:rsidRPr="000F0842">
        <w:rPr>
          <w:lang w:val="nl-NL"/>
        </w:rPr>
        <w:t xml:space="preserve"> team van de Nationale Duurzame Huizen Route</w:t>
      </w:r>
      <w:r w:rsidR="00F91BC3">
        <w:rPr>
          <w:lang w:val="nl-NL"/>
        </w:rPr>
        <w:t xml:space="preserve"> met Carina den Otter</w:t>
      </w:r>
      <w:r w:rsidR="00F91BC3" w:rsidRPr="000F0842">
        <w:rPr>
          <w:lang w:val="nl-NL"/>
        </w:rPr>
        <w:t xml:space="preserve">: 0525-701193 of </w:t>
      </w:r>
      <w:hyperlink r:id="rId9" w:history="1">
        <w:r w:rsidR="00F91BC3" w:rsidRPr="000F0842">
          <w:rPr>
            <w:rStyle w:val="Hyperlink"/>
            <w:lang w:val="nl-NL"/>
          </w:rPr>
          <w:t>info@duurzamehuizenroute.nl</w:t>
        </w:r>
      </w:hyperlink>
      <w:r w:rsidR="00F91BC3" w:rsidRPr="000F0842">
        <w:rPr>
          <w:lang w:val="nl-NL"/>
        </w:rPr>
        <w:t xml:space="preserve">. Andere afbeeldingen kunt u downloaden via </w:t>
      </w:r>
      <w:hyperlink r:id="rId10" w:history="1">
        <w:r w:rsidR="00F91BC3" w:rsidRPr="000F0842">
          <w:rPr>
            <w:rStyle w:val="Hyperlink"/>
            <w:lang w:val="nl-NL"/>
          </w:rPr>
          <w:t>www.duurzamehuizenroute.nl/pers</w:t>
        </w:r>
      </w:hyperlink>
      <w:r w:rsidR="00F91BC3" w:rsidRPr="000F0842">
        <w:rPr>
          <w:lang w:val="nl-NL"/>
        </w:rPr>
        <w:t xml:space="preserve">. </w:t>
      </w:r>
      <w:r w:rsidR="00F91BC3">
        <w:rPr>
          <w:lang w:val="nl-NL"/>
        </w:rPr>
        <w:t>A</w:t>
      </w:r>
      <w:r w:rsidR="00F91BC3" w:rsidRPr="000F0842">
        <w:rPr>
          <w:lang w:val="nl-NL"/>
        </w:rPr>
        <w:t>fbeeldingen zijn eigendom van de Nationale Duurzame Huizen Route en mogen uitsluitend gebruikt worden voor uitingen over de Nationale Duurzame Huizen Route.</w:t>
      </w:r>
    </w:p>
    <w:p w14:paraId="03E907FA" w14:textId="77777777" w:rsidR="001046D0" w:rsidRDefault="001046D0" w:rsidP="001046D0">
      <w:pPr>
        <w:rPr>
          <w:lang w:val="nl-NL"/>
        </w:rPr>
      </w:pPr>
    </w:p>
    <w:p w14:paraId="45BCEFAA" w14:textId="77777777" w:rsidR="001046D0" w:rsidRDefault="001046D0">
      <w:pPr>
        <w:pStyle w:val="Geenafstand"/>
        <w:rPr>
          <w:lang w:val="nl-NL"/>
        </w:rPr>
      </w:pPr>
    </w:p>
    <w:sectPr w:rsidR="001046D0" w:rsidSect="000F0842">
      <w:headerReference w:type="default" r:id="rId14"/>
      <w:pgSz w:w="12240" w:h="15840"/>
      <w:pgMar w:top="918" w:right="1077" w:bottom="907" w:left="107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03DEF" w14:textId="77777777" w:rsidR="007057D9" w:rsidRDefault="007057D9" w:rsidP="006C091F">
      <w:pPr>
        <w:spacing w:after="0"/>
      </w:pPr>
      <w:r>
        <w:separator/>
      </w:r>
    </w:p>
  </w:endnote>
  <w:endnote w:type="continuationSeparator" w:id="0">
    <w:p w14:paraId="518FF78C" w14:textId="77777777" w:rsidR="007057D9" w:rsidRDefault="007057D9" w:rsidP="006C091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9B1D4F" w14:textId="77777777" w:rsidR="007057D9" w:rsidRDefault="007057D9" w:rsidP="006C091F">
      <w:pPr>
        <w:spacing w:after="0"/>
      </w:pPr>
      <w:r>
        <w:separator/>
      </w:r>
    </w:p>
  </w:footnote>
  <w:footnote w:type="continuationSeparator" w:id="0">
    <w:p w14:paraId="1E919320" w14:textId="77777777" w:rsidR="007057D9" w:rsidRDefault="007057D9" w:rsidP="006C091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B8779" w14:textId="77777777" w:rsidR="006C091F" w:rsidRDefault="006C091F">
    <w:pPr>
      <w:pStyle w:val="Koptekst"/>
    </w:pPr>
    <w:r>
      <w:rPr>
        <w:noProof/>
      </w:rPr>
      <w:drawing>
        <wp:anchor distT="0" distB="0" distL="114300" distR="114300" simplePos="0" relativeHeight="251658240" behindDoc="0" locked="0" layoutInCell="1" allowOverlap="1" wp14:anchorId="4FDFEDE9" wp14:editId="04254E02">
          <wp:simplePos x="0" y="0"/>
          <wp:positionH relativeFrom="margin">
            <wp:posOffset>4817789</wp:posOffset>
          </wp:positionH>
          <wp:positionV relativeFrom="paragraph">
            <wp:posOffset>-220345</wp:posOffset>
          </wp:positionV>
          <wp:extent cx="1711960" cy="490675"/>
          <wp:effectExtent l="0" t="0" r="2540" b="5080"/>
          <wp:wrapNone/>
          <wp:docPr id="660045523" name="Afbeelding 660045523" descr="Afbeelding met logo, Lettertype, Graphics, symboo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logo, Lettertype, Graphics, symbool&#10;&#10;Automatisch gegenereerde beschrijvi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1960" cy="49067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196164162">
    <w:abstractNumId w:val="8"/>
  </w:num>
  <w:num w:numId="2" w16cid:durableId="1943763607">
    <w:abstractNumId w:val="6"/>
  </w:num>
  <w:num w:numId="3" w16cid:durableId="731119835">
    <w:abstractNumId w:val="5"/>
  </w:num>
  <w:num w:numId="4" w16cid:durableId="480584502">
    <w:abstractNumId w:val="4"/>
  </w:num>
  <w:num w:numId="5" w16cid:durableId="1060522065">
    <w:abstractNumId w:val="7"/>
  </w:num>
  <w:num w:numId="6" w16cid:durableId="1458917281">
    <w:abstractNumId w:val="3"/>
  </w:num>
  <w:num w:numId="7" w16cid:durableId="1662276571">
    <w:abstractNumId w:val="2"/>
  </w:num>
  <w:num w:numId="8" w16cid:durableId="513883036">
    <w:abstractNumId w:val="1"/>
  </w:num>
  <w:num w:numId="9" w16cid:durableId="6496750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795C"/>
    <w:rsid w:val="00034616"/>
    <w:rsid w:val="0006063C"/>
    <w:rsid w:val="000672F0"/>
    <w:rsid w:val="0006791E"/>
    <w:rsid w:val="000A23DF"/>
    <w:rsid w:val="000A2745"/>
    <w:rsid w:val="000C02CB"/>
    <w:rsid w:val="000F0842"/>
    <w:rsid w:val="00101B8A"/>
    <w:rsid w:val="001046D0"/>
    <w:rsid w:val="001234EE"/>
    <w:rsid w:val="0015074B"/>
    <w:rsid w:val="001529DA"/>
    <w:rsid w:val="00180231"/>
    <w:rsid w:val="001805CC"/>
    <w:rsid w:val="001A2BBA"/>
    <w:rsid w:val="001C5317"/>
    <w:rsid w:val="001C5446"/>
    <w:rsid w:val="001D09CF"/>
    <w:rsid w:val="001F5627"/>
    <w:rsid w:val="00213884"/>
    <w:rsid w:val="00215EA7"/>
    <w:rsid w:val="00243070"/>
    <w:rsid w:val="00255986"/>
    <w:rsid w:val="00276854"/>
    <w:rsid w:val="0029639D"/>
    <w:rsid w:val="002C6171"/>
    <w:rsid w:val="003037E1"/>
    <w:rsid w:val="00326F90"/>
    <w:rsid w:val="0033719D"/>
    <w:rsid w:val="003402E6"/>
    <w:rsid w:val="003678FD"/>
    <w:rsid w:val="00374322"/>
    <w:rsid w:val="0038426A"/>
    <w:rsid w:val="003900A5"/>
    <w:rsid w:val="003B21D2"/>
    <w:rsid w:val="003B4EF7"/>
    <w:rsid w:val="003D0D06"/>
    <w:rsid w:val="003F77BE"/>
    <w:rsid w:val="00406FAC"/>
    <w:rsid w:val="004262D0"/>
    <w:rsid w:val="004552D2"/>
    <w:rsid w:val="00480C1C"/>
    <w:rsid w:val="004A0BE7"/>
    <w:rsid w:val="004D2A8D"/>
    <w:rsid w:val="00557EA3"/>
    <w:rsid w:val="00571EB5"/>
    <w:rsid w:val="005A525F"/>
    <w:rsid w:val="00610D83"/>
    <w:rsid w:val="00623BB4"/>
    <w:rsid w:val="00650A32"/>
    <w:rsid w:val="00654AE6"/>
    <w:rsid w:val="00672B62"/>
    <w:rsid w:val="006749AC"/>
    <w:rsid w:val="00677942"/>
    <w:rsid w:val="006C091F"/>
    <w:rsid w:val="006D5011"/>
    <w:rsid w:val="006D6B72"/>
    <w:rsid w:val="006F4711"/>
    <w:rsid w:val="007057D9"/>
    <w:rsid w:val="0072682C"/>
    <w:rsid w:val="00730619"/>
    <w:rsid w:val="00755B69"/>
    <w:rsid w:val="00763CA9"/>
    <w:rsid w:val="00780157"/>
    <w:rsid w:val="00786DCD"/>
    <w:rsid w:val="007B791C"/>
    <w:rsid w:val="007D20C9"/>
    <w:rsid w:val="007F6B87"/>
    <w:rsid w:val="008040C8"/>
    <w:rsid w:val="00895297"/>
    <w:rsid w:val="008A2227"/>
    <w:rsid w:val="008D7B9B"/>
    <w:rsid w:val="008E170A"/>
    <w:rsid w:val="008E29FE"/>
    <w:rsid w:val="008E6238"/>
    <w:rsid w:val="00907833"/>
    <w:rsid w:val="009702EB"/>
    <w:rsid w:val="009B20A9"/>
    <w:rsid w:val="009F6B06"/>
    <w:rsid w:val="00A04B0E"/>
    <w:rsid w:val="00A35855"/>
    <w:rsid w:val="00A80745"/>
    <w:rsid w:val="00A95D7B"/>
    <w:rsid w:val="00AA1D8D"/>
    <w:rsid w:val="00AB128D"/>
    <w:rsid w:val="00AD1887"/>
    <w:rsid w:val="00AE3305"/>
    <w:rsid w:val="00AE641F"/>
    <w:rsid w:val="00B0767C"/>
    <w:rsid w:val="00B47730"/>
    <w:rsid w:val="00B5646B"/>
    <w:rsid w:val="00BE197F"/>
    <w:rsid w:val="00C14C86"/>
    <w:rsid w:val="00C3110B"/>
    <w:rsid w:val="00C411B6"/>
    <w:rsid w:val="00C51B6B"/>
    <w:rsid w:val="00C80726"/>
    <w:rsid w:val="00C81B4C"/>
    <w:rsid w:val="00CA66F4"/>
    <w:rsid w:val="00CB0664"/>
    <w:rsid w:val="00CB6B84"/>
    <w:rsid w:val="00CF7925"/>
    <w:rsid w:val="00D20FB7"/>
    <w:rsid w:val="00D7473B"/>
    <w:rsid w:val="00DA7F60"/>
    <w:rsid w:val="00DB40A1"/>
    <w:rsid w:val="00DC59C2"/>
    <w:rsid w:val="00DF283A"/>
    <w:rsid w:val="00E2474E"/>
    <w:rsid w:val="00E5729B"/>
    <w:rsid w:val="00E664ED"/>
    <w:rsid w:val="00E76EFC"/>
    <w:rsid w:val="00EC564C"/>
    <w:rsid w:val="00ED3630"/>
    <w:rsid w:val="00EF0CEA"/>
    <w:rsid w:val="00F3571A"/>
    <w:rsid w:val="00F37380"/>
    <w:rsid w:val="00F40E3E"/>
    <w:rsid w:val="00F5708E"/>
    <w:rsid w:val="00F81594"/>
    <w:rsid w:val="00F82D05"/>
    <w:rsid w:val="00F91BC3"/>
    <w:rsid w:val="00FA312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0D33695"/>
  <w14:defaultImageDpi w14:val="300"/>
  <w15:docId w15:val="{B92BCC2D-D35D-FD49-9C73-9603B4DFC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91BC3"/>
    <w:pPr>
      <w:spacing w:after="100" w:line="240" w:lineRule="auto"/>
    </w:pPr>
    <w:rPr>
      <w:rFonts w:ascii="Aptos" w:hAnsi="Aptos"/>
      <w:sz w:val="19"/>
    </w:rPr>
  </w:style>
  <w:style w:type="paragraph" w:styleId="Kop1">
    <w:name w:val="heading 1"/>
    <w:basedOn w:val="Standaard"/>
    <w:next w:val="Standaard"/>
    <w:link w:val="Kop1Char"/>
    <w:uiPriority w:val="9"/>
    <w:qFormat/>
    <w:rsid w:val="00FC693F"/>
    <w:pPr>
      <w:keepNext/>
      <w:keepLines/>
      <w:spacing w:before="160" w:after="60"/>
      <w:outlineLvl w:val="0"/>
    </w:pPr>
    <w:rPr>
      <w:rFonts w:asciiTheme="majorHAnsi" w:eastAsiaTheme="majorEastAsia" w:hAnsiTheme="majorHAnsi" w:cstheme="majorBidi"/>
      <w:b/>
      <w:bCs/>
      <w:color w:val="365F91" w:themeColor="accent1" w:themeShade="BF"/>
      <w:sz w:val="23"/>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140"/>
      <w:contextualSpacing/>
    </w:pPr>
    <w:rPr>
      <w:rFonts w:asciiTheme="majorHAnsi" w:eastAsiaTheme="majorEastAsia" w:hAnsiTheme="majorHAnsi" w:cstheme="majorBidi"/>
      <w:b/>
      <w:color w:val="17365D" w:themeColor="text2" w:themeShade="BF"/>
      <w:spacing w:val="5"/>
      <w:kern w:val="28"/>
      <w:sz w:val="33"/>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dq2pgselectionanchorcontainer">
    <w:name w:val="pdq2pg_selectionanchorcontainer"/>
    <w:basedOn w:val="Standaard"/>
    <w:rsid w:val="007B791C"/>
    <w:pPr>
      <w:spacing w:before="100" w:beforeAutospacing="1" w:afterAutospacing="1"/>
    </w:pPr>
    <w:rPr>
      <w:rFonts w:ascii="Times New Roman" w:eastAsia="Times New Roman" w:hAnsi="Times New Roman" w:cs="Times New Roman"/>
      <w:sz w:val="24"/>
      <w:szCs w:val="24"/>
      <w:lang w:val="nl-NL" w:eastAsia="nl-NL"/>
    </w:rPr>
  </w:style>
  <w:style w:type="character" w:styleId="Hyperlink">
    <w:name w:val="Hyperlink"/>
    <w:basedOn w:val="Standaardalinea-lettertype"/>
    <w:uiPriority w:val="99"/>
    <w:unhideWhenUsed/>
    <w:rsid w:val="006C091F"/>
    <w:rPr>
      <w:color w:val="0000FF" w:themeColor="hyperlink"/>
      <w:u w:val="single"/>
    </w:rPr>
  </w:style>
  <w:style w:type="paragraph" w:styleId="Revisie">
    <w:name w:val="Revision"/>
    <w:hidden/>
    <w:uiPriority w:val="99"/>
    <w:semiHidden/>
    <w:rsid w:val="00623BB4"/>
    <w:pPr>
      <w:spacing w:after="0" w:line="240" w:lineRule="auto"/>
    </w:pPr>
    <w:rPr>
      <w:rFonts w:ascii="Aptos" w:hAnsi="Aptos"/>
      <w:sz w:val="19"/>
    </w:rPr>
  </w:style>
  <w:style w:type="character" w:styleId="Verwijzingopmerking">
    <w:name w:val="annotation reference"/>
    <w:basedOn w:val="Standaardalinea-lettertype"/>
    <w:uiPriority w:val="99"/>
    <w:semiHidden/>
    <w:unhideWhenUsed/>
    <w:rsid w:val="00FA312D"/>
    <w:rPr>
      <w:sz w:val="16"/>
      <w:szCs w:val="16"/>
    </w:rPr>
  </w:style>
  <w:style w:type="paragraph" w:styleId="Tekstopmerking">
    <w:name w:val="annotation text"/>
    <w:basedOn w:val="Standaard"/>
    <w:link w:val="TekstopmerkingChar"/>
    <w:uiPriority w:val="99"/>
    <w:unhideWhenUsed/>
    <w:rsid w:val="00FA312D"/>
    <w:rPr>
      <w:sz w:val="20"/>
      <w:szCs w:val="20"/>
    </w:rPr>
  </w:style>
  <w:style w:type="character" w:customStyle="1" w:styleId="TekstopmerkingChar">
    <w:name w:val="Tekst opmerking Char"/>
    <w:basedOn w:val="Standaardalinea-lettertype"/>
    <w:link w:val="Tekstopmerking"/>
    <w:uiPriority w:val="99"/>
    <w:rsid w:val="00FA312D"/>
    <w:rPr>
      <w:rFonts w:ascii="Aptos" w:hAnsi="Aptos"/>
      <w:sz w:val="20"/>
      <w:szCs w:val="20"/>
    </w:rPr>
  </w:style>
  <w:style w:type="paragraph" w:styleId="Onderwerpvanopmerking">
    <w:name w:val="annotation subject"/>
    <w:basedOn w:val="Tekstopmerking"/>
    <w:next w:val="Tekstopmerking"/>
    <w:link w:val="OnderwerpvanopmerkingChar"/>
    <w:uiPriority w:val="99"/>
    <w:semiHidden/>
    <w:unhideWhenUsed/>
    <w:rsid w:val="00FA312D"/>
    <w:rPr>
      <w:b/>
      <w:bCs/>
    </w:rPr>
  </w:style>
  <w:style w:type="character" w:customStyle="1" w:styleId="OnderwerpvanopmerkingChar">
    <w:name w:val="Onderwerp van opmerking Char"/>
    <w:basedOn w:val="TekstopmerkingChar"/>
    <w:link w:val="Onderwerpvanopmerking"/>
    <w:uiPriority w:val="99"/>
    <w:semiHidden/>
    <w:rsid w:val="00FA312D"/>
    <w:rPr>
      <w:rFonts w:ascii="Aptos" w:hAnsi="Aptos"/>
      <w:b/>
      <w:bCs/>
      <w:sz w:val="20"/>
      <w:szCs w:val="20"/>
    </w:rPr>
  </w:style>
  <w:style w:type="character" w:styleId="Onopgelostemelding">
    <w:name w:val="Unresolved Mention"/>
    <w:basedOn w:val="Standaardalinea-lettertype"/>
    <w:uiPriority w:val="99"/>
    <w:semiHidden/>
    <w:unhideWhenUsed/>
    <w:rsid w:val="005A525F"/>
    <w:rPr>
      <w:color w:val="605E5C"/>
      <w:shd w:val="clear" w:color="auto" w:fill="E1DFDD"/>
    </w:rPr>
  </w:style>
  <w:style w:type="paragraph" w:styleId="Normaalweb">
    <w:name w:val="Normal (Web)"/>
    <w:basedOn w:val="Standaard"/>
    <w:uiPriority w:val="99"/>
    <w:unhideWhenUsed/>
    <w:rsid w:val="001234EE"/>
    <w:pPr>
      <w:spacing w:before="100" w:beforeAutospacing="1" w:afterAutospacing="1"/>
    </w:pPr>
    <w:rPr>
      <w:rFonts w:ascii="Times New Roman" w:eastAsia="Times New Roman" w:hAnsi="Times New Roman" w:cs="Times New Roman"/>
      <w:sz w:val="24"/>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uurzamehuizenroute.nl" TargetMode="External"/><Relationship Id="rId13" Type="http://schemas.openxmlformats.org/officeDocument/2006/relationships/hyperlink" Target="https://www.duurzamehuizenroute.nl/per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duurzamehuizenroute.n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uurzamehuizenroute.n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duurzamehuizenroute.nl/pers" TargetMode="External"/><Relationship Id="rId4" Type="http://schemas.openxmlformats.org/officeDocument/2006/relationships/settings" Target="settings.xml"/><Relationship Id="rId9" Type="http://schemas.openxmlformats.org/officeDocument/2006/relationships/hyperlink" Target="mailto:info@duurzamehuizenroute.nl"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932</Words>
  <Characters>5128</Characters>
  <Application>Microsoft Office Word</Application>
  <DocSecurity>0</DocSecurity>
  <Lines>42</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Persbericht Nationale Duurzame Huizen Route 2026</vt:lpstr>
      <vt:lpstr/>
    </vt:vector>
  </TitlesOfParts>
  <Manager/>
  <Company/>
  <LinksUpToDate>false</LinksUpToDate>
  <CharactersWithSpaces>6048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Persbericht Nationale Duurzame Huizen Route 2026</dc:title>
  <dc:subject>Werving huiseigenaren voor de Open Dagen 2026</dc:subject>
  <dc:creator>Nationale Duurzame Huizen Route</dc:creator>
  <cp:keywords/>
  <dc:description>generated by python-docx</dc:description>
  <cp:lastModifiedBy>Carina den Otter | Platform Duurzaam Nederland</cp:lastModifiedBy>
  <cp:revision>2</cp:revision>
  <dcterms:created xsi:type="dcterms:W3CDTF">2026-10-14T09:44:00Z</dcterms:created>
  <dcterms:modified xsi:type="dcterms:W3CDTF">2026-10-14T09:44:00Z</dcterms:modified>
  <cp:category/>
</cp:coreProperties>
</file>